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7339A5" w14:textId="77777777" w:rsidR="00C22903" w:rsidRPr="00A814F7" w:rsidRDefault="00C22903" w:rsidP="00A814F7">
      <w:pPr>
        <w:spacing w:before="60" w:after="60"/>
        <w:jc w:val="right"/>
        <w:rPr>
          <w:b/>
          <w:bCs/>
        </w:rPr>
      </w:pPr>
      <w:r w:rsidRPr="00A814F7">
        <w:rPr>
          <w:b/>
          <w:bCs/>
        </w:rPr>
        <w:t>ALLEGATO 1 – MODELLO DI DOMANDA</w:t>
      </w:r>
    </w:p>
    <w:p w14:paraId="207740B1" w14:textId="77777777" w:rsidR="00C22903" w:rsidRPr="00C22903" w:rsidRDefault="00C22903" w:rsidP="00A861A7">
      <w:pPr>
        <w:spacing w:before="60" w:after="60"/>
        <w:jc w:val="both"/>
      </w:pPr>
    </w:p>
    <w:p w14:paraId="19F9804C" w14:textId="158F8A08" w:rsidR="00C22903" w:rsidRPr="00C22903" w:rsidRDefault="00C22903" w:rsidP="00A861A7">
      <w:pPr>
        <w:spacing w:before="60" w:after="60"/>
        <w:jc w:val="right"/>
      </w:pPr>
      <w:r w:rsidRPr="00C22903">
        <w:t xml:space="preserve">Al Direttore del Conservatorio di Musica </w:t>
      </w:r>
      <w:r w:rsidR="006377E0">
        <w:t>“</w:t>
      </w:r>
      <w:r w:rsidRPr="00C22903">
        <w:t>Stanislao Giacomantonio</w:t>
      </w:r>
      <w:r w:rsidR="006377E0">
        <w:t>”</w:t>
      </w:r>
    </w:p>
    <w:p w14:paraId="13BBADB7" w14:textId="77777777" w:rsidR="00C22903" w:rsidRPr="00C22903" w:rsidRDefault="00C22903" w:rsidP="00A861A7">
      <w:pPr>
        <w:spacing w:before="60" w:after="60"/>
        <w:jc w:val="right"/>
      </w:pPr>
      <w:r w:rsidRPr="00C22903">
        <w:t>Via Solitaria, 80100 – Cosenza</w:t>
      </w:r>
    </w:p>
    <w:p w14:paraId="2204119C" w14:textId="16CA448F" w:rsidR="00C22903" w:rsidRPr="006377E0" w:rsidRDefault="00C22903" w:rsidP="00A861A7">
      <w:pPr>
        <w:spacing w:before="60" w:after="60"/>
        <w:jc w:val="right"/>
        <w:rPr>
          <w:sz w:val="20"/>
          <w:szCs w:val="20"/>
        </w:rPr>
      </w:pPr>
      <w:r w:rsidRPr="006377E0">
        <w:rPr>
          <w:sz w:val="20"/>
          <w:szCs w:val="20"/>
        </w:rPr>
        <w:t>(tramite invio telematico su Portale InPA)</w:t>
      </w:r>
    </w:p>
    <w:p w14:paraId="00C4F639" w14:textId="77777777" w:rsidR="00C22903" w:rsidRPr="00C22903" w:rsidRDefault="00C22903" w:rsidP="00D94C5E">
      <w:pPr>
        <w:spacing w:before="60" w:after="60" w:line="276" w:lineRule="auto"/>
        <w:jc w:val="both"/>
      </w:pPr>
    </w:p>
    <w:p w14:paraId="3A08FC44" w14:textId="68B4F26C" w:rsidR="00C22903" w:rsidRPr="006377E0" w:rsidRDefault="00C22903" w:rsidP="00D94C5E">
      <w:pPr>
        <w:spacing w:before="60" w:after="60" w:line="276" w:lineRule="auto"/>
        <w:jc w:val="both"/>
        <w:rPr>
          <w:sz w:val="22"/>
          <w:szCs w:val="22"/>
        </w:rPr>
      </w:pPr>
      <w:r w:rsidRPr="006377E0">
        <w:rPr>
          <w:sz w:val="22"/>
          <w:szCs w:val="22"/>
        </w:rPr>
        <w:t>Il/La sottoscritto/a:</w:t>
      </w:r>
    </w:p>
    <w:p w14:paraId="0A5EBF59" w14:textId="58E1F70F" w:rsidR="00C22903" w:rsidRPr="006377E0" w:rsidRDefault="00C22903" w:rsidP="00D94C5E">
      <w:pPr>
        <w:spacing w:before="60" w:after="60" w:line="276" w:lineRule="auto"/>
        <w:jc w:val="both"/>
        <w:rPr>
          <w:sz w:val="22"/>
          <w:szCs w:val="22"/>
        </w:rPr>
      </w:pPr>
      <w:r w:rsidRPr="006377E0">
        <w:rPr>
          <w:sz w:val="22"/>
          <w:szCs w:val="22"/>
        </w:rPr>
        <w:t>Cognome ______________</w:t>
      </w:r>
      <w:r w:rsidR="00A861A7" w:rsidRPr="006377E0">
        <w:rPr>
          <w:sz w:val="22"/>
          <w:szCs w:val="22"/>
        </w:rPr>
        <w:t>__</w:t>
      </w:r>
      <w:r w:rsidR="006377E0">
        <w:rPr>
          <w:sz w:val="22"/>
          <w:szCs w:val="22"/>
        </w:rPr>
        <w:t>_______________</w:t>
      </w:r>
      <w:r w:rsidR="00A861A7" w:rsidRPr="006377E0">
        <w:rPr>
          <w:sz w:val="22"/>
          <w:szCs w:val="22"/>
        </w:rPr>
        <w:t>_</w:t>
      </w:r>
      <w:r w:rsidRPr="006377E0">
        <w:rPr>
          <w:sz w:val="22"/>
          <w:szCs w:val="22"/>
        </w:rPr>
        <w:t>Nome</w:t>
      </w:r>
      <w:r w:rsidR="006377E0">
        <w:rPr>
          <w:sz w:val="22"/>
          <w:szCs w:val="22"/>
        </w:rPr>
        <w:t>_________</w:t>
      </w:r>
      <w:r w:rsidRPr="006377E0">
        <w:rPr>
          <w:sz w:val="22"/>
          <w:szCs w:val="22"/>
        </w:rPr>
        <w:t>______________________</w:t>
      </w:r>
      <w:r w:rsidR="00A861A7" w:rsidRPr="006377E0">
        <w:rPr>
          <w:sz w:val="22"/>
          <w:szCs w:val="22"/>
        </w:rPr>
        <w:t xml:space="preserve">, </w:t>
      </w:r>
      <w:r w:rsidRPr="006377E0">
        <w:rPr>
          <w:sz w:val="22"/>
          <w:szCs w:val="22"/>
        </w:rPr>
        <w:t>Codice Fiscale________________________________</w:t>
      </w:r>
      <w:r w:rsidR="00A861A7" w:rsidRPr="006377E0">
        <w:rPr>
          <w:sz w:val="22"/>
          <w:szCs w:val="22"/>
        </w:rPr>
        <w:t xml:space="preserve">, </w:t>
      </w:r>
      <w:r w:rsidRPr="006377E0">
        <w:rPr>
          <w:sz w:val="22"/>
          <w:szCs w:val="22"/>
        </w:rPr>
        <w:t xml:space="preserve">Nato/a </w:t>
      </w:r>
      <w:proofErr w:type="spellStart"/>
      <w:r w:rsidRPr="006377E0">
        <w:rPr>
          <w:sz w:val="22"/>
          <w:szCs w:val="22"/>
        </w:rPr>
        <w:t>a</w:t>
      </w:r>
      <w:proofErr w:type="spellEnd"/>
      <w:r w:rsidR="00A861A7" w:rsidRPr="006377E0">
        <w:rPr>
          <w:sz w:val="22"/>
          <w:szCs w:val="22"/>
        </w:rPr>
        <w:t xml:space="preserve"> _________</w:t>
      </w:r>
      <w:r w:rsidRPr="006377E0">
        <w:rPr>
          <w:sz w:val="22"/>
          <w:szCs w:val="22"/>
        </w:rPr>
        <w:t>____________ Prov. ____ il</w:t>
      </w:r>
      <w:r w:rsidR="00A861A7" w:rsidRPr="006377E0">
        <w:rPr>
          <w:sz w:val="22"/>
          <w:szCs w:val="22"/>
        </w:rPr>
        <w:t xml:space="preserve"> </w:t>
      </w:r>
      <w:r w:rsidRPr="006377E0">
        <w:rPr>
          <w:sz w:val="22"/>
          <w:szCs w:val="22"/>
        </w:rPr>
        <w:t>____/____/_____ Residente a _____________________ Prov. ____ C.A.P. ___________</w:t>
      </w:r>
      <w:r w:rsidR="00A861A7" w:rsidRPr="006377E0">
        <w:rPr>
          <w:sz w:val="22"/>
          <w:szCs w:val="22"/>
        </w:rPr>
        <w:t xml:space="preserve"> </w:t>
      </w:r>
      <w:r w:rsidRPr="006377E0">
        <w:rPr>
          <w:sz w:val="22"/>
          <w:szCs w:val="22"/>
        </w:rPr>
        <w:t>Indirizzo __________________________________________</w:t>
      </w:r>
      <w:r w:rsidR="00A861A7" w:rsidRPr="006377E0">
        <w:rPr>
          <w:sz w:val="22"/>
          <w:szCs w:val="22"/>
        </w:rPr>
        <w:t>T</w:t>
      </w:r>
      <w:r w:rsidRPr="006377E0">
        <w:rPr>
          <w:sz w:val="22"/>
          <w:szCs w:val="22"/>
        </w:rPr>
        <w:t>elefono/Cellulare</w:t>
      </w:r>
      <w:r w:rsidR="00A861A7" w:rsidRPr="006377E0">
        <w:rPr>
          <w:sz w:val="22"/>
          <w:szCs w:val="22"/>
        </w:rPr>
        <w:t>__</w:t>
      </w:r>
      <w:r w:rsidRPr="006377E0">
        <w:rPr>
          <w:sz w:val="22"/>
          <w:szCs w:val="22"/>
        </w:rPr>
        <w:t>__________________</w:t>
      </w:r>
      <w:r w:rsidR="00D94C5E" w:rsidRPr="006377E0">
        <w:rPr>
          <w:sz w:val="22"/>
          <w:szCs w:val="22"/>
        </w:rPr>
        <w:t>___</w:t>
      </w:r>
      <w:r w:rsidR="006377E0">
        <w:rPr>
          <w:sz w:val="22"/>
          <w:szCs w:val="22"/>
        </w:rPr>
        <w:t xml:space="preserve">_ </w:t>
      </w:r>
      <w:r w:rsidRPr="006377E0">
        <w:rPr>
          <w:sz w:val="22"/>
          <w:szCs w:val="22"/>
        </w:rPr>
        <w:t>E-mail: _____________________________________P.E.C. _______________________________</w:t>
      </w:r>
    </w:p>
    <w:p w14:paraId="6FDF780B" w14:textId="77777777" w:rsidR="00C22903" w:rsidRPr="006377E0" w:rsidRDefault="00C22903" w:rsidP="00A861A7">
      <w:pPr>
        <w:spacing w:before="60" w:after="60"/>
        <w:jc w:val="both"/>
        <w:rPr>
          <w:sz w:val="22"/>
          <w:szCs w:val="22"/>
        </w:rPr>
      </w:pPr>
    </w:p>
    <w:p w14:paraId="6B0D3F78" w14:textId="2776A6EE" w:rsidR="00C22903" w:rsidRPr="006377E0" w:rsidRDefault="00C22903" w:rsidP="00A861A7">
      <w:pPr>
        <w:spacing w:before="60" w:after="60"/>
        <w:jc w:val="both"/>
        <w:rPr>
          <w:sz w:val="22"/>
          <w:szCs w:val="22"/>
        </w:rPr>
      </w:pPr>
      <w:r w:rsidRPr="006377E0">
        <w:rPr>
          <w:sz w:val="22"/>
          <w:szCs w:val="22"/>
        </w:rPr>
        <w:t xml:space="preserve">In qualità di dipendente del Conservatorio di Musica </w:t>
      </w:r>
      <w:r w:rsidR="006377E0" w:rsidRPr="006377E0">
        <w:rPr>
          <w:sz w:val="22"/>
          <w:szCs w:val="22"/>
        </w:rPr>
        <w:t>“</w:t>
      </w:r>
      <w:r w:rsidRPr="006377E0">
        <w:rPr>
          <w:i/>
          <w:iCs/>
          <w:sz w:val="22"/>
          <w:szCs w:val="22"/>
        </w:rPr>
        <w:t>Stanislao Giacomantonio</w:t>
      </w:r>
      <w:r w:rsidR="006377E0" w:rsidRPr="006377E0">
        <w:rPr>
          <w:sz w:val="22"/>
          <w:szCs w:val="22"/>
        </w:rPr>
        <w:t>”</w:t>
      </w:r>
      <w:r w:rsidRPr="006377E0">
        <w:rPr>
          <w:sz w:val="22"/>
          <w:szCs w:val="22"/>
        </w:rPr>
        <w:t xml:space="preserve"> di Cosenza, inquadrato nel profilo di:</w:t>
      </w:r>
    </w:p>
    <w:p w14:paraId="7648D9FF" w14:textId="77777777" w:rsidR="00C22903" w:rsidRPr="006377E0" w:rsidRDefault="00C22903" w:rsidP="006377E0">
      <w:pPr>
        <w:spacing w:before="60" w:after="60"/>
        <w:ind w:left="709"/>
        <w:rPr>
          <w:sz w:val="22"/>
          <w:szCs w:val="22"/>
        </w:rPr>
      </w:pPr>
      <w:r w:rsidRPr="006377E0">
        <w:rPr>
          <w:sz w:val="22"/>
          <w:szCs w:val="22"/>
        </w:rPr>
        <w:t>[  ] Personale Docente</w:t>
      </w:r>
    </w:p>
    <w:p w14:paraId="63E01222" w14:textId="77777777" w:rsidR="00C22903" w:rsidRPr="006377E0" w:rsidRDefault="00C22903" w:rsidP="006377E0">
      <w:pPr>
        <w:spacing w:before="60" w:after="60"/>
        <w:ind w:left="709"/>
        <w:rPr>
          <w:sz w:val="22"/>
          <w:szCs w:val="22"/>
        </w:rPr>
      </w:pPr>
      <w:r w:rsidRPr="006377E0">
        <w:rPr>
          <w:sz w:val="22"/>
          <w:szCs w:val="22"/>
        </w:rPr>
        <w:t>[  ] Personale Tecnico-Amministrativo (TA)</w:t>
      </w:r>
    </w:p>
    <w:p w14:paraId="26247DFE" w14:textId="77777777" w:rsidR="00C22903" w:rsidRPr="006377E0" w:rsidRDefault="00C22903" w:rsidP="00A861A7">
      <w:pPr>
        <w:spacing w:before="60" w:after="60"/>
        <w:jc w:val="both"/>
        <w:rPr>
          <w:sz w:val="22"/>
          <w:szCs w:val="22"/>
        </w:rPr>
      </w:pPr>
      <w:r w:rsidRPr="006377E0">
        <w:rPr>
          <w:sz w:val="22"/>
          <w:szCs w:val="22"/>
        </w:rPr>
        <w:t>con contratto a tempo indeterminato e in regime di orario a tempo pieno.</w:t>
      </w:r>
    </w:p>
    <w:p w14:paraId="617F5AE4" w14:textId="77777777" w:rsidR="00C56E7E" w:rsidRPr="006377E0" w:rsidRDefault="00C56E7E" w:rsidP="00A861A7">
      <w:pPr>
        <w:spacing w:before="60" w:after="60"/>
        <w:jc w:val="both"/>
        <w:rPr>
          <w:sz w:val="22"/>
          <w:szCs w:val="22"/>
        </w:rPr>
      </w:pPr>
    </w:p>
    <w:p w14:paraId="6102325E" w14:textId="77EC070F" w:rsidR="00C22903" w:rsidRPr="006377E0" w:rsidRDefault="00C56E7E" w:rsidP="00A861A7">
      <w:pPr>
        <w:spacing w:before="60" w:after="60"/>
        <w:jc w:val="both"/>
        <w:rPr>
          <w:sz w:val="22"/>
          <w:szCs w:val="22"/>
        </w:rPr>
      </w:pPr>
      <w:r w:rsidRPr="006377E0">
        <w:rPr>
          <w:sz w:val="22"/>
          <w:szCs w:val="22"/>
        </w:rPr>
        <w:t>consapevole delle sanzioni penali richiamate dall</w:t>
      </w:r>
      <w:r w:rsidR="006377E0" w:rsidRPr="006377E0">
        <w:rPr>
          <w:sz w:val="22"/>
          <w:szCs w:val="22"/>
        </w:rPr>
        <w:t>’</w:t>
      </w:r>
      <w:r w:rsidRPr="006377E0">
        <w:rPr>
          <w:sz w:val="22"/>
          <w:szCs w:val="22"/>
        </w:rPr>
        <w:t>art. 76 del D.P.R. 28/12/00, n. 445, in caso di dichiarazioni mendaci e della decadenza dei benefici eventualmente conseguenti al provvedimento emanato sulla base di dichiarazioni non veritiere, di cui all</w:t>
      </w:r>
      <w:r w:rsidR="006377E0" w:rsidRPr="006377E0">
        <w:rPr>
          <w:sz w:val="22"/>
          <w:szCs w:val="22"/>
        </w:rPr>
        <w:t>’</w:t>
      </w:r>
      <w:r w:rsidRPr="006377E0">
        <w:rPr>
          <w:sz w:val="22"/>
          <w:szCs w:val="22"/>
        </w:rPr>
        <w:t>art. 75 del D.P.R. del 28/12/2000, n 445; ai sensi e per gli effetti dell</w:t>
      </w:r>
      <w:r w:rsidR="006377E0" w:rsidRPr="006377E0">
        <w:rPr>
          <w:sz w:val="22"/>
          <w:szCs w:val="22"/>
        </w:rPr>
        <w:t>’</w:t>
      </w:r>
      <w:r w:rsidRPr="006377E0">
        <w:rPr>
          <w:sz w:val="22"/>
          <w:szCs w:val="22"/>
        </w:rPr>
        <w:t xml:space="preserve">art. 74 del citato D.P.R. 445/2000 </w:t>
      </w:r>
      <w:r w:rsidRPr="006377E0">
        <w:rPr>
          <w:b/>
          <w:bCs/>
          <w:sz w:val="22"/>
          <w:szCs w:val="22"/>
        </w:rPr>
        <w:t xml:space="preserve">e a pena di esclusione dalla presente procedura </w:t>
      </w:r>
      <w:r w:rsidRPr="006377E0">
        <w:rPr>
          <w:sz w:val="22"/>
          <w:szCs w:val="22"/>
        </w:rPr>
        <w:t>sotto la propria responsabilità</w:t>
      </w:r>
      <w:r w:rsidR="00D94C5E" w:rsidRPr="006377E0">
        <w:rPr>
          <w:sz w:val="22"/>
          <w:szCs w:val="22"/>
        </w:rPr>
        <w:t>,</w:t>
      </w:r>
    </w:p>
    <w:p w14:paraId="7A5552B2" w14:textId="77777777" w:rsidR="00C22903" w:rsidRPr="006377E0" w:rsidRDefault="00C22903" w:rsidP="00A861A7">
      <w:pPr>
        <w:spacing w:before="60" w:after="60"/>
        <w:jc w:val="center"/>
        <w:rPr>
          <w:sz w:val="22"/>
          <w:szCs w:val="22"/>
        </w:rPr>
      </w:pPr>
    </w:p>
    <w:p w14:paraId="0D74756D" w14:textId="6C2189CE" w:rsidR="00C22903" w:rsidRPr="006377E0" w:rsidRDefault="00C22903" w:rsidP="00A861A7">
      <w:pPr>
        <w:spacing w:before="60" w:after="60"/>
        <w:jc w:val="center"/>
        <w:rPr>
          <w:b/>
          <w:bCs/>
          <w:sz w:val="22"/>
          <w:szCs w:val="22"/>
        </w:rPr>
      </w:pPr>
      <w:r w:rsidRPr="006377E0">
        <w:rPr>
          <w:b/>
          <w:bCs/>
          <w:sz w:val="22"/>
          <w:szCs w:val="22"/>
        </w:rPr>
        <w:t>CHIEDE</w:t>
      </w:r>
    </w:p>
    <w:p w14:paraId="47C99A8F" w14:textId="30D7A04E" w:rsidR="00C22903" w:rsidRPr="006377E0" w:rsidRDefault="00C22903" w:rsidP="00A861A7">
      <w:pPr>
        <w:spacing w:before="60" w:after="60"/>
        <w:jc w:val="both"/>
        <w:rPr>
          <w:sz w:val="22"/>
          <w:szCs w:val="22"/>
        </w:rPr>
      </w:pPr>
      <w:r w:rsidRPr="006377E0">
        <w:rPr>
          <w:sz w:val="22"/>
          <w:szCs w:val="22"/>
        </w:rPr>
        <w:t>di essere ammesso/a a partecipare alla procedura di ricognizione interna per l</w:t>
      </w:r>
      <w:r w:rsidR="006377E0" w:rsidRPr="006377E0">
        <w:rPr>
          <w:sz w:val="22"/>
          <w:szCs w:val="22"/>
        </w:rPr>
        <w:t>’</w:t>
      </w:r>
      <w:r w:rsidRPr="006377E0">
        <w:rPr>
          <w:sz w:val="22"/>
          <w:szCs w:val="22"/>
        </w:rPr>
        <w:t xml:space="preserve">individuazione di personale a supporto del progetto PRIN – Area Benessere Psicologico, dal titolo </w:t>
      </w:r>
      <w:r w:rsidR="006377E0" w:rsidRPr="006377E0">
        <w:rPr>
          <w:sz w:val="22"/>
          <w:szCs w:val="22"/>
        </w:rPr>
        <w:t>“</w:t>
      </w:r>
      <w:r w:rsidRPr="006377E0">
        <w:rPr>
          <w:sz w:val="22"/>
          <w:szCs w:val="22"/>
        </w:rPr>
        <w:t>COREM IN</w:t>
      </w:r>
      <w:r w:rsidR="006377E0" w:rsidRPr="006377E0">
        <w:rPr>
          <w:sz w:val="22"/>
          <w:szCs w:val="22"/>
        </w:rPr>
        <w:t>”</w:t>
      </w:r>
      <w:r w:rsidRPr="006377E0">
        <w:rPr>
          <w:sz w:val="22"/>
          <w:szCs w:val="22"/>
        </w:rPr>
        <w:t xml:space="preserve"> (Codice: PrinAFAM-00072), per il seguente profilo </w:t>
      </w:r>
      <w:r w:rsidRPr="004046B7">
        <w:rPr>
          <w:sz w:val="20"/>
          <w:szCs w:val="20"/>
        </w:rPr>
        <w:t>(selezionare una sola opzione)</w:t>
      </w:r>
      <w:r w:rsidRPr="006377E0">
        <w:rPr>
          <w:sz w:val="22"/>
          <w:szCs w:val="22"/>
        </w:rPr>
        <w:t>:</w:t>
      </w:r>
    </w:p>
    <w:p w14:paraId="1C3B3020" w14:textId="77777777" w:rsidR="00C22903" w:rsidRPr="006377E0" w:rsidRDefault="00C22903" w:rsidP="00A861A7">
      <w:pPr>
        <w:spacing w:before="60" w:after="60"/>
        <w:jc w:val="both"/>
        <w:rPr>
          <w:sz w:val="22"/>
          <w:szCs w:val="22"/>
        </w:rPr>
      </w:pPr>
    </w:p>
    <w:p w14:paraId="25B1FCBD" w14:textId="77777777" w:rsidR="00C22903" w:rsidRPr="006377E0" w:rsidRDefault="00C22903" w:rsidP="00A861A7">
      <w:pPr>
        <w:spacing w:before="60" w:after="60"/>
        <w:jc w:val="both"/>
        <w:rPr>
          <w:sz w:val="22"/>
          <w:szCs w:val="22"/>
        </w:rPr>
      </w:pPr>
      <w:r w:rsidRPr="006377E0">
        <w:rPr>
          <w:sz w:val="22"/>
          <w:szCs w:val="22"/>
        </w:rPr>
        <w:t>[  ] N. 1 Figura di Psicologo</w:t>
      </w:r>
    </w:p>
    <w:p w14:paraId="1AAE9527" w14:textId="77777777" w:rsidR="000E42A3" w:rsidRPr="006377E0" w:rsidRDefault="00C22903" w:rsidP="00A861A7">
      <w:pPr>
        <w:spacing w:before="60" w:after="60"/>
        <w:jc w:val="both"/>
        <w:rPr>
          <w:sz w:val="22"/>
          <w:szCs w:val="22"/>
        </w:rPr>
      </w:pPr>
      <w:r w:rsidRPr="006377E0">
        <w:rPr>
          <w:sz w:val="22"/>
          <w:szCs w:val="22"/>
        </w:rPr>
        <w:t xml:space="preserve">[  ] N. 1 Figura di Educatore Professionale </w:t>
      </w:r>
      <w:r w:rsidRPr="006377E0">
        <w:rPr>
          <w:sz w:val="20"/>
          <w:szCs w:val="20"/>
        </w:rPr>
        <w:t>(Nota: la selezione è per n. 2 unità)</w:t>
      </w:r>
    </w:p>
    <w:p w14:paraId="589DA64A" w14:textId="77777777" w:rsidR="00D94C5E" w:rsidRPr="006377E0" w:rsidRDefault="00D94C5E" w:rsidP="00D94C5E">
      <w:pPr>
        <w:spacing w:before="60" w:after="60"/>
        <w:rPr>
          <w:sz w:val="22"/>
          <w:szCs w:val="22"/>
        </w:rPr>
      </w:pPr>
    </w:p>
    <w:p w14:paraId="5CC572FB" w14:textId="0E364E4A" w:rsidR="00C22903" w:rsidRPr="006377E0" w:rsidRDefault="006377E0" w:rsidP="00A861A7">
      <w:pPr>
        <w:spacing w:before="60" w:after="6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A TAL FINE </w:t>
      </w:r>
      <w:r w:rsidR="00C22903" w:rsidRPr="006377E0">
        <w:rPr>
          <w:b/>
          <w:bCs/>
          <w:sz w:val="22"/>
          <w:szCs w:val="22"/>
        </w:rPr>
        <w:t>DICHIARA</w:t>
      </w:r>
    </w:p>
    <w:p w14:paraId="2488317E" w14:textId="5E0BD874" w:rsidR="00C22903" w:rsidRPr="006377E0" w:rsidRDefault="00C22903" w:rsidP="00A861A7">
      <w:pPr>
        <w:spacing w:before="60" w:after="60"/>
        <w:jc w:val="both"/>
        <w:rPr>
          <w:sz w:val="22"/>
          <w:szCs w:val="22"/>
        </w:rPr>
      </w:pPr>
      <w:r w:rsidRPr="006377E0">
        <w:rPr>
          <w:b/>
          <w:bCs/>
          <w:sz w:val="22"/>
          <w:szCs w:val="22"/>
        </w:rPr>
        <w:t>1. Requisiti General</w:t>
      </w:r>
      <w:r w:rsidR="00A23F4A" w:rsidRPr="006377E0">
        <w:rPr>
          <w:b/>
          <w:bCs/>
          <w:sz w:val="22"/>
          <w:szCs w:val="22"/>
        </w:rPr>
        <w:t>i</w:t>
      </w:r>
      <w:r w:rsidRPr="006377E0">
        <w:rPr>
          <w:sz w:val="22"/>
          <w:szCs w:val="22"/>
        </w:rPr>
        <w:t>:</w:t>
      </w:r>
    </w:p>
    <w:p w14:paraId="17DF69BF" w14:textId="0B48B7FE" w:rsidR="00C22903" w:rsidRPr="006377E0" w:rsidRDefault="00C22903" w:rsidP="00A861A7">
      <w:pPr>
        <w:pStyle w:val="Paragrafoelenco"/>
        <w:numPr>
          <w:ilvl w:val="0"/>
          <w:numId w:val="31"/>
        </w:numPr>
        <w:spacing w:before="60" w:after="60"/>
        <w:jc w:val="both"/>
        <w:rPr>
          <w:rFonts w:ascii="Times New Roman" w:hAnsi="Times New Roman" w:cs="Times New Roman"/>
          <w:sz w:val="22"/>
          <w:szCs w:val="22"/>
        </w:rPr>
      </w:pPr>
      <w:r w:rsidRPr="006377E0">
        <w:rPr>
          <w:rFonts w:ascii="Times New Roman" w:hAnsi="Times New Roman" w:cs="Times New Roman"/>
          <w:sz w:val="22"/>
          <w:szCs w:val="22"/>
        </w:rPr>
        <w:t>Di essere cittadino/a italiano/a o di uno degli Stati membri dell</w:t>
      </w:r>
      <w:r w:rsidR="006377E0" w:rsidRPr="006377E0">
        <w:rPr>
          <w:rFonts w:ascii="Times New Roman" w:hAnsi="Times New Roman" w:cs="Times New Roman"/>
          <w:sz w:val="22"/>
          <w:szCs w:val="22"/>
        </w:rPr>
        <w:t>’</w:t>
      </w:r>
      <w:r w:rsidRPr="006377E0">
        <w:rPr>
          <w:rFonts w:ascii="Times New Roman" w:hAnsi="Times New Roman" w:cs="Times New Roman"/>
          <w:sz w:val="22"/>
          <w:szCs w:val="22"/>
        </w:rPr>
        <w:t>Unione Europea.</w:t>
      </w:r>
    </w:p>
    <w:p w14:paraId="70E875FD" w14:textId="3FFA50EE" w:rsidR="00C22903" w:rsidRPr="006377E0" w:rsidRDefault="00C22903" w:rsidP="00A861A7">
      <w:pPr>
        <w:pStyle w:val="Paragrafoelenco"/>
        <w:numPr>
          <w:ilvl w:val="0"/>
          <w:numId w:val="31"/>
        </w:numPr>
        <w:spacing w:before="60" w:after="60"/>
        <w:jc w:val="both"/>
        <w:rPr>
          <w:rFonts w:ascii="Times New Roman" w:hAnsi="Times New Roman" w:cs="Times New Roman"/>
          <w:sz w:val="22"/>
          <w:szCs w:val="22"/>
        </w:rPr>
      </w:pPr>
      <w:r w:rsidRPr="006377E0">
        <w:rPr>
          <w:rFonts w:ascii="Times New Roman" w:hAnsi="Times New Roman" w:cs="Times New Roman"/>
          <w:sz w:val="22"/>
          <w:szCs w:val="22"/>
        </w:rPr>
        <w:t>Di godere dei diritti civili e politici.</w:t>
      </w:r>
    </w:p>
    <w:p w14:paraId="02755076" w14:textId="77777777" w:rsidR="00A23F4A" w:rsidRPr="006377E0" w:rsidRDefault="00C22903" w:rsidP="00A861A7">
      <w:pPr>
        <w:pStyle w:val="Paragrafoelenco"/>
        <w:numPr>
          <w:ilvl w:val="0"/>
          <w:numId w:val="31"/>
        </w:numPr>
        <w:spacing w:before="60" w:after="60"/>
        <w:jc w:val="both"/>
        <w:rPr>
          <w:rFonts w:ascii="Times New Roman" w:hAnsi="Times New Roman" w:cs="Times New Roman"/>
          <w:sz w:val="22"/>
          <w:szCs w:val="22"/>
        </w:rPr>
      </w:pPr>
      <w:r w:rsidRPr="006377E0">
        <w:rPr>
          <w:rFonts w:ascii="Times New Roman" w:hAnsi="Times New Roman" w:cs="Times New Roman"/>
          <w:sz w:val="22"/>
          <w:szCs w:val="22"/>
        </w:rPr>
        <w:t>Di non aver riportato condanne penali e di non avere procedimenti penali pendenti che impediscano la costituzione del rapporto di lavoro con la Pubblica Amministrazione.</w:t>
      </w:r>
    </w:p>
    <w:p w14:paraId="16DB7B34" w14:textId="4574E156" w:rsidR="00C22903" w:rsidRPr="006377E0" w:rsidRDefault="00C22903" w:rsidP="00A861A7">
      <w:pPr>
        <w:pStyle w:val="Paragrafoelenco"/>
        <w:numPr>
          <w:ilvl w:val="0"/>
          <w:numId w:val="31"/>
        </w:numPr>
        <w:spacing w:before="60" w:after="60"/>
        <w:jc w:val="both"/>
        <w:rPr>
          <w:rFonts w:ascii="Times New Roman" w:hAnsi="Times New Roman" w:cs="Times New Roman"/>
          <w:sz w:val="22"/>
          <w:szCs w:val="22"/>
        </w:rPr>
      </w:pPr>
      <w:r w:rsidRPr="006377E0">
        <w:rPr>
          <w:rFonts w:ascii="Times New Roman" w:hAnsi="Times New Roman" w:cs="Times New Roman"/>
          <w:sz w:val="22"/>
          <w:szCs w:val="22"/>
        </w:rPr>
        <w:t xml:space="preserve">Di essere dipendente in servizio presso il Conservatorio di Musica </w:t>
      </w:r>
      <w:r w:rsidR="006377E0" w:rsidRPr="006377E0">
        <w:rPr>
          <w:rFonts w:ascii="Times New Roman" w:hAnsi="Times New Roman" w:cs="Times New Roman"/>
          <w:sz w:val="22"/>
          <w:szCs w:val="22"/>
        </w:rPr>
        <w:t>“</w:t>
      </w:r>
      <w:r w:rsidRPr="004046B7">
        <w:rPr>
          <w:rFonts w:ascii="Times New Roman" w:hAnsi="Times New Roman" w:cs="Times New Roman"/>
          <w:i/>
          <w:iCs/>
          <w:sz w:val="22"/>
          <w:szCs w:val="22"/>
        </w:rPr>
        <w:t>S. Giacomantonio</w:t>
      </w:r>
      <w:r w:rsidR="006377E0" w:rsidRPr="006377E0">
        <w:rPr>
          <w:rFonts w:ascii="Times New Roman" w:hAnsi="Times New Roman" w:cs="Times New Roman"/>
          <w:sz w:val="22"/>
          <w:szCs w:val="22"/>
        </w:rPr>
        <w:t>”</w:t>
      </w:r>
      <w:r w:rsidRPr="006377E0">
        <w:rPr>
          <w:rFonts w:ascii="Times New Roman" w:hAnsi="Times New Roman" w:cs="Times New Roman"/>
          <w:sz w:val="22"/>
          <w:szCs w:val="22"/>
        </w:rPr>
        <w:t xml:space="preserve"> di Cosenza con rapporto di lavoro a tempo indeterminato e a tempo pieno.</w:t>
      </w:r>
    </w:p>
    <w:p w14:paraId="7D1245B7" w14:textId="77777777" w:rsidR="00C22903" w:rsidRPr="006377E0" w:rsidRDefault="00C22903" w:rsidP="00A861A7">
      <w:pPr>
        <w:spacing w:before="60" w:after="60"/>
        <w:jc w:val="both"/>
        <w:rPr>
          <w:sz w:val="22"/>
          <w:szCs w:val="22"/>
        </w:rPr>
      </w:pPr>
    </w:p>
    <w:p w14:paraId="410976CA" w14:textId="7A16A50E" w:rsidR="00C22903" w:rsidRPr="006377E0" w:rsidRDefault="00C22903" w:rsidP="00A861A7">
      <w:pPr>
        <w:spacing w:before="60" w:after="60"/>
        <w:jc w:val="both"/>
        <w:rPr>
          <w:sz w:val="22"/>
          <w:szCs w:val="22"/>
        </w:rPr>
      </w:pPr>
      <w:r w:rsidRPr="006377E0">
        <w:rPr>
          <w:b/>
          <w:bCs/>
          <w:sz w:val="22"/>
          <w:szCs w:val="22"/>
        </w:rPr>
        <w:t xml:space="preserve">2. Requisiti Specifici </w:t>
      </w:r>
      <w:r w:rsidR="00A23F4A" w:rsidRPr="006377E0">
        <w:rPr>
          <w:b/>
          <w:bCs/>
          <w:sz w:val="22"/>
          <w:szCs w:val="22"/>
        </w:rPr>
        <w:t xml:space="preserve">- </w:t>
      </w:r>
      <w:r w:rsidRPr="006377E0">
        <w:rPr>
          <w:b/>
          <w:bCs/>
          <w:sz w:val="22"/>
          <w:szCs w:val="22"/>
        </w:rPr>
        <w:t>profilo di PSICOLOGO</w:t>
      </w:r>
      <w:r w:rsidRPr="006377E0">
        <w:rPr>
          <w:sz w:val="22"/>
          <w:szCs w:val="22"/>
        </w:rPr>
        <w:t xml:space="preserve"> </w:t>
      </w:r>
      <w:r w:rsidRPr="006377E0">
        <w:rPr>
          <w:sz w:val="20"/>
          <w:szCs w:val="20"/>
        </w:rPr>
        <w:t>(compilare solo se richiesto il profilo corrispondente)</w:t>
      </w:r>
      <w:r w:rsidRPr="006377E0">
        <w:rPr>
          <w:sz w:val="22"/>
          <w:szCs w:val="22"/>
        </w:rPr>
        <w:t>:</w:t>
      </w:r>
    </w:p>
    <w:p w14:paraId="231F0039" w14:textId="0561BF69" w:rsidR="00C22903" w:rsidRPr="006377E0" w:rsidRDefault="00C22903" w:rsidP="00A861A7">
      <w:pPr>
        <w:pStyle w:val="Paragrafoelenco"/>
        <w:numPr>
          <w:ilvl w:val="0"/>
          <w:numId w:val="32"/>
        </w:numPr>
        <w:spacing w:before="60" w:after="60"/>
        <w:jc w:val="both"/>
        <w:rPr>
          <w:rFonts w:ascii="Times New Roman" w:hAnsi="Times New Roman" w:cs="Times New Roman"/>
          <w:sz w:val="22"/>
          <w:szCs w:val="22"/>
        </w:rPr>
      </w:pPr>
      <w:r w:rsidRPr="006377E0">
        <w:rPr>
          <w:rFonts w:ascii="Times New Roman" w:hAnsi="Times New Roman" w:cs="Times New Roman"/>
          <w:sz w:val="22"/>
          <w:szCs w:val="22"/>
        </w:rPr>
        <w:lastRenderedPageBreak/>
        <w:t>Di essere in possesso del seguente titolo di studio:</w:t>
      </w:r>
    </w:p>
    <w:p w14:paraId="77584034" w14:textId="2157478B" w:rsidR="00C22903" w:rsidRPr="006377E0" w:rsidRDefault="00C22903" w:rsidP="00A861A7">
      <w:pPr>
        <w:spacing w:before="60" w:after="60"/>
        <w:ind w:left="851"/>
        <w:jc w:val="both"/>
        <w:rPr>
          <w:sz w:val="22"/>
          <w:szCs w:val="22"/>
        </w:rPr>
      </w:pPr>
      <w:r w:rsidRPr="006377E0">
        <w:rPr>
          <w:sz w:val="22"/>
          <w:szCs w:val="22"/>
        </w:rPr>
        <w:t xml:space="preserve">  [  ] Laurea Magistrale in Psicologia (Classe LM-51)</w:t>
      </w:r>
      <w:r w:rsidR="0068592D">
        <w:rPr>
          <w:sz w:val="22"/>
          <w:szCs w:val="22"/>
        </w:rPr>
        <w:t>;</w:t>
      </w:r>
    </w:p>
    <w:p w14:paraId="0FA3FF42" w14:textId="2C606362" w:rsidR="00C22903" w:rsidRPr="006377E0" w:rsidRDefault="00C22903" w:rsidP="00A861A7">
      <w:pPr>
        <w:spacing w:before="60" w:after="60"/>
        <w:ind w:left="851"/>
        <w:jc w:val="both"/>
        <w:rPr>
          <w:sz w:val="22"/>
          <w:szCs w:val="22"/>
        </w:rPr>
      </w:pPr>
      <w:r w:rsidRPr="006377E0">
        <w:rPr>
          <w:sz w:val="22"/>
          <w:szCs w:val="22"/>
        </w:rPr>
        <w:t xml:space="preserve">  [  ] Laurea Specialistica (Classe 58/S)</w:t>
      </w:r>
      <w:r w:rsidR="0068592D">
        <w:rPr>
          <w:sz w:val="22"/>
          <w:szCs w:val="22"/>
        </w:rPr>
        <w:t>;</w:t>
      </w:r>
    </w:p>
    <w:p w14:paraId="03BBFF28" w14:textId="08D16FCF" w:rsidR="00A23F4A" w:rsidRPr="006377E0" w:rsidRDefault="00C22903" w:rsidP="00A861A7">
      <w:pPr>
        <w:spacing w:before="60" w:after="60"/>
        <w:ind w:left="851"/>
        <w:jc w:val="both"/>
        <w:rPr>
          <w:sz w:val="22"/>
          <w:szCs w:val="22"/>
        </w:rPr>
      </w:pPr>
      <w:r w:rsidRPr="006377E0">
        <w:rPr>
          <w:sz w:val="22"/>
          <w:szCs w:val="22"/>
        </w:rPr>
        <w:t xml:space="preserve">  [  ] Laurea in Psicologia del vecchio ordinamento (ante D.M. 509/99)</w:t>
      </w:r>
      <w:r w:rsidR="0068592D">
        <w:rPr>
          <w:sz w:val="22"/>
          <w:szCs w:val="22"/>
        </w:rPr>
        <w:t>;</w:t>
      </w:r>
    </w:p>
    <w:p w14:paraId="69477FDC" w14:textId="514DA9AE" w:rsidR="00C22903" w:rsidRPr="006377E0" w:rsidRDefault="0068592D" w:rsidP="00A861A7">
      <w:pPr>
        <w:spacing w:before="60" w:after="60"/>
        <w:jc w:val="both"/>
        <w:rPr>
          <w:sz w:val="22"/>
          <w:szCs w:val="22"/>
        </w:rPr>
      </w:pPr>
      <w:r>
        <w:rPr>
          <w:sz w:val="22"/>
          <w:szCs w:val="22"/>
        </w:rPr>
        <w:t>Titolo c</w:t>
      </w:r>
      <w:r w:rsidR="00C22903" w:rsidRPr="006377E0">
        <w:rPr>
          <w:sz w:val="22"/>
          <w:szCs w:val="22"/>
        </w:rPr>
        <w:t>onseguito presso: _________________________________________ in data: ____/____/______ con voto: _________</w:t>
      </w:r>
    </w:p>
    <w:p w14:paraId="550A7260" w14:textId="01C95247" w:rsidR="00A861A7" w:rsidRPr="006377E0" w:rsidRDefault="00C22903" w:rsidP="00A861A7">
      <w:pPr>
        <w:pStyle w:val="Paragrafoelenco"/>
        <w:numPr>
          <w:ilvl w:val="0"/>
          <w:numId w:val="32"/>
        </w:numPr>
        <w:spacing w:before="60" w:after="60"/>
        <w:jc w:val="both"/>
        <w:rPr>
          <w:rFonts w:ascii="Times New Roman" w:hAnsi="Times New Roman" w:cs="Times New Roman"/>
          <w:sz w:val="22"/>
          <w:szCs w:val="22"/>
        </w:rPr>
      </w:pPr>
      <w:r w:rsidRPr="006377E0">
        <w:rPr>
          <w:rFonts w:ascii="Times New Roman" w:hAnsi="Times New Roman" w:cs="Times New Roman"/>
          <w:sz w:val="22"/>
          <w:szCs w:val="22"/>
        </w:rPr>
        <w:t>Di essere in possesso dell</w:t>
      </w:r>
      <w:r w:rsidR="006377E0" w:rsidRPr="006377E0">
        <w:rPr>
          <w:rFonts w:ascii="Times New Roman" w:hAnsi="Times New Roman" w:cs="Times New Roman"/>
          <w:sz w:val="22"/>
          <w:szCs w:val="22"/>
        </w:rPr>
        <w:t>’</w:t>
      </w:r>
      <w:r w:rsidRPr="006377E0">
        <w:rPr>
          <w:rFonts w:ascii="Times New Roman" w:hAnsi="Times New Roman" w:cs="Times New Roman"/>
          <w:sz w:val="22"/>
          <w:szCs w:val="22"/>
        </w:rPr>
        <w:t>Abilitazione all</w:t>
      </w:r>
      <w:r w:rsidR="006377E0" w:rsidRPr="006377E0">
        <w:rPr>
          <w:rFonts w:ascii="Times New Roman" w:hAnsi="Times New Roman" w:cs="Times New Roman"/>
          <w:sz w:val="22"/>
          <w:szCs w:val="22"/>
        </w:rPr>
        <w:t>’</w:t>
      </w:r>
      <w:r w:rsidRPr="006377E0">
        <w:rPr>
          <w:rFonts w:ascii="Times New Roman" w:hAnsi="Times New Roman" w:cs="Times New Roman"/>
          <w:sz w:val="22"/>
          <w:szCs w:val="22"/>
        </w:rPr>
        <w:t>esercizio della professione di Psicologo</w:t>
      </w:r>
      <w:r w:rsidR="0068592D">
        <w:rPr>
          <w:rFonts w:ascii="Times New Roman" w:hAnsi="Times New Roman" w:cs="Times New Roman"/>
          <w:sz w:val="22"/>
          <w:szCs w:val="22"/>
        </w:rPr>
        <w:t>;</w:t>
      </w:r>
    </w:p>
    <w:p w14:paraId="00BF6932" w14:textId="1B903778" w:rsidR="00C22903" w:rsidRPr="006377E0" w:rsidRDefault="00C22903" w:rsidP="00A861A7">
      <w:pPr>
        <w:pStyle w:val="Paragrafoelenco"/>
        <w:numPr>
          <w:ilvl w:val="0"/>
          <w:numId w:val="32"/>
        </w:numPr>
        <w:spacing w:before="60" w:after="60"/>
        <w:jc w:val="both"/>
        <w:rPr>
          <w:rFonts w:ascii="Times New Roman" w:hAnsi="Times New Roman" w:cs="Times New Roman"/>
          <w:sz w:val="22"/>
          <w:szCs w:val="22"/>
        </w:rPr>
      </w:pPr>
      <w:r w:rsidRPr="006377E0">
        <w:rPr>
          <w:rFonts w:ascii="Times New Roman" w:hAnsi="Times New Roman" w:cs="Times New Roman"/>
          <w:sz w:val="22"/>
          <w:szCs w:val="22"/>
        </w:rPr>
        <w:t>Di essere iscritto/a all</w:t>
      </w:r>
      <w:r w:rsidR="006377E0" w:rsidRPr="006377E0">
        <w:rPr>
          <w:rFonts w:ascii="Times New Roman" w:hAnsi="Times New Roman" w:cs="Times New Roman"/>
          <w:sz w:val="22"/>
          <w:szCs w:val="22"/>
        </w:rPr>
        <w:t>’</w:t>
      </w:r>
      <w:r w:rsidRPr="006377E0">
        <w:rPr>
          <w:rFonts w:ascii="Times New Roman" w:hAnsi="Times New Roman" w:cs="Times New Roman"/>
          <w:sz w:val="22"/>
          <w:szCs w:val="22"/>
        </w:rPr>
        <w:t xml:space="preserve">Albo degli Psicologi della Regione </w:t>
      </w:r>
      <w:r w:rsidR="00D92BF9" w:rsidRPr="006377E0">
        <w:rPr>
          <w:rFonts w:ascii="Times New Roman" w:hAnsi="Times New Roman" w:cs="Times New Roman"/>
          <w:sz w:val="22"/>
          <w:szCs w:val="22"/>
        </w:rPr>
        <w:t>________________</w:t>
      </w:r>
      <w:r w:rsidRPr="006377E0">
        <w:rPr>
          <w:rFonts w:ascii="Times New Roman" w:hAnsi="Times New Roman" w:cs="Times New Roman"/>
          <w:sz w:val="22"/>
          <w:szCs w:val="22"/>
        </w:rPr>
        <w:t>al n. ____________ con decorrenza dal ____/____/______</w:t>
      </w:r>
    </w:p>
    <w:p w14:paraId="4A336686" w14:textId="77777777" w:rsidR="00C22903" w:rsidRPr="006377E0" w:rsidRDefault="00C22903" w:rsidP="00A861A7">
      <w:pPr>
        <w:spacing w:before="60" w:after="60"/>
        <w:jc w:val="both"/>
        <w:rPr>
          <w:sz w:val="22"/>
          <w:szCs w:val="22"/>
        </w:rPr>
      </w:pPr>
    </w:p>
    <w:p w14:paraId="30F107D6" w14:textId="222E39B7" w:rsidR="00C22903" w:rsidRPr="006377E0" w:rsidRDefault="00C22903" w:rsidP="00A861A7">
      <w:pPr>
        <w:spacing w:before="60" w:after="60"/>
        <w:jc w:val="both"/>
        <w:rPr>
          <w:sz w:val="22"/>
          <w:szCs w:val="22"/>
        </w:rPr>
      </w:pPr>
      <w:r w:rsidRPr="006377E0">
        <w:rPr>
          <w:b/>
          <w:bCs/>
          <w:sz w:val="22"/>
          <w:szCs w:val="22"/>
        </w:rPr>
        <w:t xml:space="preserve">3. Requisiti Specifici </w:t>
      </w:r>
      <w:r w:rsidR="00A861A7" w:rsidRPr="006377E0">
        <w:rPr>
          <w:b/>
          <w:bCs/>
          <w:sz w:val="22"/>
          <w:szCs w:val="22"/>
        </w:rPr>
        <w:t>–</w:t>
      </w:r>
      <w:r w:rsidRPr="006377E0">
        <w:rPr>
          <w:b/>
          <w:bCs/>
          <w:sz w:val="22"/>
          <w:szCs w:val="22"/>
        </w:rPr>
        <w:t xml:space="preserve"> profilo di EDUCATORE PROFESSIONALE</w:t>
      </w:r>
      <w:r w:rsidRPr="006377E0">
        <w:rPr>
          <w:sz w:val="22"/>
          <w:szCs w:val="22"/>
        </w:rPr>
        <w:t xml:space="preserve"> </w:t>
      </w:r>
      <w:r w:rsidRPr="006377E0">
        <w:rPr>
          <w:sz w:val="20"/>
          <w:szCs w:val="20"/>
        </w:rPr>
        <w:t>(compilare solo se richiesto il profilo corrispondente):</w:t>
      </w:r>
    </w:p>
    <w:p w14:paraId="29C663ED" w14:textId="11F8DAF1" w:rsidR="00C22903" w:rsidRPr="006377E0" w:rsidRDefault="00C22903" w:rsidP="00A861A7">
      <w:pPr>
        <w:pStyle w:val="Paragrafoelenco"/>
        <w:numPr>
          <w:ilvl w:val="0"/>
          <w:numId w:val="33"/>
        </w:numPr>
        <w:spacing w:before="60" w:after="60"/>
        <w:jc w:val="both"/>
        <w:rPr>
          <w:rFonts w:ascii="Times New Roman" w:hAnsi="Times New Roman" w:cs="Times New Roman"/>
          <w:sz w:val="22"/>
          <w:szCs w:val="22"/>
        </w:rPr>
      </w:pPr>
      <w:r w:rsidRPr="006377E0">
        <w:rPr>
          <w:rFonts w:ascii="Times New Roman" w:hAnsi="Times New Roman" w:cs="Times New Roman"/>
          <w:sz w:val="22"/>
          <w:szCs w:val="22"/>
        </w:rPr>
        <w:t>Di essere in possesso del seguente titolo di studio:</w:t>
      </w:r>
    </w:p>
    <w:p w14:paraId="3AF44401" w14:textId="77777777" w:rsidR="00C22903" w:rsidRPr="006377E0" w:rsidRDefault="00C22903" w:rsidP="00A861A7">
      <w:pPr>
        <w:spacing w:before="60" w:after="60"/>
        <w:ind w:firstLine="851"/>
        <w:jc w:val="both"/>
        <w:rPr>
          <w:sz w:val="22"/>
          <w:szCs w:val="22"/>
        </w:rPr>
      </w:pPr>
      <w:r w:rsidRPr="006377E0">
        <w:rPr>
          <w:sz w:val="22"/>
          <w:szCs w:val="22"/>
        </w:rPr>
        <w:t xml:space="preserve">  [  ] Diploma accademico di primo livello</w:t>
      </w:r>
    </w:p>
    <w:p w14:paraId="3D4417D6" w14:textId="77777777" w:rsidR="00A861A7" w:rsidRPr="006377E0" w:rsidRDefault="00C22903" w:rsidP="00A861A7">
      <w:pPr>
        <w:spacing w:before="60" w:after="60"/>
        <w:ind w:firstLine="851"/>
        <w:jc w:val="both"/>
        <w:rPr>
          <w:sz w:val="22"/>
          <w:szCs w:val="22"/>
        </w:rPr>
      </w:pPr>
      <w:r w:rsidRPr="006377E0">
        <w:rPr>
          <w:sz w:val="22"/>
          <w:szCs w:val="22"/>
        </w:rPr>
        <w:t xml:space="preserve">  [  ] Laurea di primo livello</w:t>
      </w:r>
    </w:p>
    <w:p w14:paraId="37BF9677" w14:textId="46394733" w:rsidR="00C22903" w:rsidRPr="006377E0" w:rsidRDefault="00C22903" w:rsidP="006E0001">
      <w:pPr>
        <w:spacing w:before="60" w:after="60" w:line="276" w:lineRule="auto"/>
        <w:jc w:val="both"/>
        <w:rPr>
          <w:sz w:val="22"/>
          <w:szCs w:val="22"/>
        </w:rPr>
      </w:pPr>
      <w:r w:rsidRPr="006377E0">
        <w:rPr>
          <w:sz w:val="22"/>
          <w:szCs w:val="22"/>
        </w:rPr>
        <w:t>In: ______________________________________</w:t>
      </w:r>
      <w:r w:rsidR="006E0001">
        <w:rPr>
          <w:sz w:val="22"/>
          <w:szCs w:val="22"/>
        </w:rPr>
        <w:t>________________________________</w:t>
      </w:r>
      <w:r w:rsidRPr="006377E0">
        <w:rPr>
          <w:sz w:val="22"/>
          <w:szCs w:val="22"/>
        </w:rPr>
        <w:t>_____</w:t>
      </w:r>
      <w:r w:rsidR="004046B7">
        <w:rPr>
          <w:sz w:val="22"/>
          <w:szCs w:val="22"/>
        </w:rPr>
        <w:t xml:space="preserve"> </w:t>
      </w:r>
      <w:r w:rsidRPr="006377E0">
        <w:rPr>
          <w:sz w:val="22"/>
          <w:szCs w:val="22"/>
        </w:rPr>
        <w:t>Conseguito presso:_________________________________________ in data</w:t>
      </w:r>
      <w:r w:rsidR="006E0001">
        <w:rPr>
          <w:sz w:val="22"/>
          <w:szCs w:val="22"/>
        </w:rPr>
        <w:t xml:space="preserve"> _</w:t>
      </w:r>
      <w:r w:rsidRPr="006377E0">
        <w:rPr>
          <w:sz w:val="22"/>
          <w:szCs w:val="22"/>
        </w:rPr>
        <w:t>___/____/______ con voto: _________</w:t>
      </w:r>
    </w:p>
    <w:p w14:paraId="4BFC153E" w14:textId="77777777" w:rsidR="00C22903" w:rsidRPr="006377E0" w:rsidRDefault="00C22903" w:rsidP="00A861A7">
      <w:pPr>
        <w:spacing w:before="60" w:after="60"/>
        <w:jc w:val="both"/>
        <w:rPr>
          <w:sz w:val="22"/>
          <w:szCs w:val="22"/>
        </w:rPr>
      </w:pPr>
    </w:p>
    <w:p w14:paraId="03914887" w14:textId="2983C086" w:rsidR="00A861A7" w:rsidRPr="006377E0" w:rsidRDefault="00C22903" w:rsidP="00A861A7">
      <w:pPr>
        <w:spacing w:before="60" w:after="60"/>
        <w:jc w:val="both"/>
        <w:rPr>
          <w:b/>
          <w:bCs/>
          <w:sz w:val="22"/>
          <w:szCs w:val="22"/>
        </w:rPr>
      </w:pPr>
      <w:r w:rsidRPr="006377E0">
        <w:rPr>
          <w:b/>
          <w:bCs/>
          <w:sz w:val="22"/>
          <w:szCs w:val="22"/>
        </w:rPr>
        <w:t>4. Condizioni di espletamento dell</w:t>
      </w:r>
      <w:r w:rsidR="006377E0" w:rsidRPr="006377E0">
        <w:rPr>
          <w:b/>
          <w:bCs/>
          <w:sz w:val="22"/>
          <w:szCs w:val="22"/>
        </w:rPr>
        <w:t>’</w:t>
      </w:r>
      <w:r w:rsidRPr="006377E0">
        <w:rPr>
          <w:b/>
          <w:bCs/>
          <w:sz w:val="22"/>
          <w:szCs w:val="22"/>
        </w:rPr>
        <w:t>incarico (Art. 4 del Bando):</w:t>
      </w:r>
    </w:p>
    <w:p w14:paraId="130CE716" w14:textId="3DEB8E99" w:rsidR="00A861A7" w:rsidRPr="006377E0" w:rsidRDefault="00C22903" w:rsidP="00A861A7">
      <w:pPr>
        <w:pStyle w:val="Paragrafoelenco"/>
        <w:numPr>
          <w:ilvl w:val="0"/>
          <w:numId w:val="33"/>
        </w:numPr>
        <w:spacing w:before="60" w:after="60"/>
        <w:jc w:val="both"/>
        <w:rPr>
          <w:rFonts w:ascii="Times New Roman" w:hAnsi="Times New Roman" w:cs="Times New Roman"/>
          <w:sz w:val="22"/>
          <w:szCs w:val="22"/>
        </w:rPr>
      </w:pPr>
      <w:r w:rsidRPr="006377E0">
        <w:rPr>
          <w:rFonts w:ascii="Times New Roman" w:hAnsi="Times New Roman" w:cs="Times New Roman"/>
          <w:sz w:val="22"/>
          <w:szCs w:val="22"/>
        </w:rPr>
        <w:t>Di essere pienamente consapevole che le attività oggetto dell</w:t>
      </w:r>
      <w:r w:rsidR="006377E0" w:rsidRPr="006377E0">
        <w:rPr>
          <w:rFonts w:ascii="Times New Roman" w:hAnsi="Times New Roman" w:cs="Times New Roman"/>
          <w:sz w:val="22"/>
          <w:szCs w:val="22"/>
        </w:rPr>
        <w:t>’</w:t>
      </w:r>
      <w:r w:rsidRPr="006377E0">
        <w:rPr>
          <w:rFonts w:ascii="Times New Roman" w:hAnsi="Times New Roman" w:cs="Times New Roman"/>
          <w:sz w:val="22"/>
          <w:szCs w:val="22"/>
        </w:rPr>
        <w:t xml:space="preserve">incarico dovranno essere svolte </w:t>
      </w:r>
      <w:r w:rsidRPr="006E0001">
        <w:rPr>
          <w:rFonts w:ascii="Times New Roman" w:hAnsi="Times New Roman" w:cs="Times New Roman"/>
          <w:b/>
          <w:bCs/>
          <w:sz w:val="22"/>
          <w:szCs w:val="22"/>
        </w:rPr>
        <w:t>oltre</w:t>
      </w:r>
      <w:r w:rsidRPr="006377E0">
        <w:rPr>
          <w:rFonts w:ascii="Times New Roman" w:hAnsi="Times New Roman" w:cs="Times New Roman"/>
          <w:sz w:val="22"/>
          <w:szCs w:val="22"/>
        </w:rPr>
        <w:t xml:space="preserve"> il monte orario ordinario di servizio, in presenza presso le sedi del Conservatorio e secondo i tempi concordati con il Direttore/Direttore Amministrativo e con i docenti referenti del progetto</w:t>
      </w:r>
      <w:r w:rsidR="006E0001">
        <w:rPr>
          <w:rFonts w:ascii="Times New Roman" w:hAnsi="Times New Roman" w:cs="Times New Roman"/>
          <w:sz w:val="22"/>
          <w:szCs w:val="22"/>
        </w:rPr>
        <w:t>;</w:t>
      </w:r>
    </w:p>
    <w:p w14:paraId="3A5A8C79" w14:textId="50A7B370" w:rsidR="00C22903" w:rsidRPr="006377E0" w:rsidRDefault="00C22903" w:rsidP="00A861A7">
      <w:pPr>
        <w:pStyle w:val="Paragrafoelenco"/>
        <w:numPr>
          <w:ilvl w:val="0"/>
          <w:numId w:val="33"/>
        </w:numPr>
        <w:spacing w:before="60" w:after="60"/>
        <w:jc w:val="both"/>
        <w:rPr>
          <w:rFonts w:ascii="Times New Roman" w:hAnsi="Times New Roman" w:cs="Times New Roman"/>
          <w:sz w:val="22"/>
          <w:szCs w:val="22"/>
        </w:rPr>
      </w:pPr>
      <w:r w:rsidRPr="006377E0">
        <w:rPr>
          <w:rFonts w:ascii="Times New Roman" w:hAnsi="Times New Roman" w:cs="Times New Roman"/>
          <w:sz w:val="22"/>
          <w:szCs w:val="22"/>
        </w:rPr>
        <w:t>Di accettare espressamente</w:t>
      </w:r>
      <w:r w:rsidR="006E0001">
        <w:rPr>
          <w:rFonts w:ascii="Times New Roman" w:hAnsi="Times New Roman" w:cs="Times New Roman"/>
          <w:sz w:val="22"/>
          <w:szCs w:val="22"/>
        </w:rPr>
        <w:t xml:space="preserve"> le condizioni dell’avviso e</w:t>
      </w:r>
      <w:r w:rsidRPr="006377E0">
        <w:rPr>
          <w:rFonts w:ascii="Times New Roman" w:hAnsi="Times New Roman" w:cs="Times New Roman"/>
          <w:sz w:val="22"/>
          <w:szCs w:val="22"/>
        </w:rPr>
        <w:t xml:space="preserve"> che l</w:t>
      </w:r>
      <w:r w:rsidR="006377E0" w:rsidRPr="006377E0">
        <w:rPr>
          <w:rFonts w:ascii="Times New Roman" w:hAnsi="Times New Roman" w:cs="Times New Roman"/>
          <w:sz w:val="22"/>
          <w:szCs w:val="22"/>
        </w:rPr>
        <w:t>’</w:t>
      </w:r>
      <w:r w:rsidRPr="006377E0">
        <w:rPr>
          <w:rFonts w:ascii="Times New Roman" w:hAnsi="Times New Roman" w:cs="Times New Roman"/>
          <w:sz w:val="22"/>
          <w:szCs w:val="22"/>
        </w:rPr>
        <w:t>incarico sarà svolto senza alcun compenso aggiuntivo, in quanto la spesa non risulta eleggibile sui fondi PRIN e non vi sono disponibilità nel bilancio dell</w:t>
      </w:r>
      <w:r w:rsidR="006377E0" w:rsidRPr="006377E0">
        <w:rPr>
          <w:rFonts w:ascii="Times New Roman" w:hAnsi="Times New Roman" w:cs="Times New Roman"/>
          <w:sz w:val="22"/>
          <w:szCs w:val="22"/>
        </w:rPr>
        <w:t>’</w:t>
      </w:r>
      <w:r w:rsidRPr="006377E0">
        <w:rPr>
          <w:rFonts w:ascii="Times New Roman" w:hAnsi="Times New Roman" w:cs="Times New Roman"/>
          <w:sz w:val="22"/>
          <w:szCs w:val="22"/>
        </w:rPr>
        <w:t>Istituto per tale retribuzione.</w:t>
      </w:r>
    </w:p>
    <w:p w14:paraId="3ECBD10E" w14:textId="77777777" w:rsidR="00C22903" w:rsidRPr="006377E0" w:rsidRDefault="00C22903" w:rsidP="00A861A7">
      <w:pPr>
        <w:spacing w:before="60" w:after="60"/>
        <w:jc w:val="both"/>
        <w:rPr>
          <w:sz w:val="22"/>
          <w:szCs w:val="22"/>
        </w:rPr>
      </w:pPr>
    </w:p>
    <w:p w14:paraId="58787736" w14:textId="77777777" w:rsidR="00A861A7" w:rsidRPr="006377E0" w:rsidRDefault="00C22903" w:rsidP="00A861A7">
      <w:pPr>
        <w:spacing w:before="60" w:after="60"/>
        <w:jc w:val="both"/>
        <w:rPr>
          <w:b/>
          <w:bCs/>
          <w:sz w:val="22"/>
          <w:szCs w:val="22"/>
        </w:rPr>
      </w:pPr>
      <w:r w:rsidRPr="006377E0">
        <w:rPr>
          <w:b/>
          <w:bCs/>
          <w:sz w:val="22"/>
          <w:szCs w:val="22"/>
        </w:rPr>
        <w:t>5. Trattamento Dati:</w:t>
      </w:r>
    </w:p>
    <w:p w14:paraId="5AA55DE2" w14:textId="64479745" w:rsidR="00C22903" w:rsidRPr="006377E0" w:rsidRDefault="00C22903" w:rsidP="00A861A7">
      <w:pPr>
        <w:pStyle w:val="Paragrafoelenco"/>
        <w:numPr>
          <w:ilvl w:val="0"/>
          <w:numId w:val="34"/>
        </w:numPr>
        <w:spacing w:before="60" w:after="60"/>
        <w:jc w:val="both"/>
        <w:rPr>
          <w:rFonts w:ascii="Times New Roman" w:hAnsi="Times New Roman" w:cs="Times New Roman"/>
          <w:sz w:val="22"/>
          <w:szCs w:val="22"/>
        </w:rPr>
      </w:pPr>
      <w:r w:rsidRPr="006377E0">
        <w:rPr>
          <w:rFonts w:ascii="Times New Roman" w:hAnsi="Times New Roman" w:cs="Times New Roman"/>
          <w:sz w:val="22"/>
          <w:szCs w:val="22"/>
        </w:rPr>
        <w:t xml:space="preserve">Di esprimere il proprio consenso al trattamento dei dati personali, anche </w:t>
      </w:r>
      <w:r w:rsidR="00E27165">
        <w:rPr>
          <w:rFonts w:ascii="Times New Roman" w:hAnsi="Times New Roman" w:cs="Times New Roman"/>
          <w:sz w:val="22"/>
          <w:szCs w:val="22"/>
        </w:rPr>
        <w:t>particolari</w:t>
      </w:r>
      <w:r w:rsidRPr="006377E0">
        <w:rPr>
          <w:rFonts w:ascii="Times New Roman" w:hAnsi="Times New Roman" w:cs="Times New Roman"/>
          <w:sz w:val="22"/>
          <w:szCs w:val="22"/>
        </w:rPr>
        <w:t>, nel rispetto del Regolamento UE 2016/679 (GDPR) e del D.Lgs. 196/2003, per le sole finalità connesse all</w:t>
      </w:r>
      <w:r w:rsidR="006377E0" w:rsidRPr="006377E0">
        <w:rPr>
          <w:rFonts w:ascii="Times New Roman" w:hAnsi="Times New Roman" w:cs="Times New Roman"/>
          <w:sz w:val="22"/>
          <w:szCs w:val="22"/>
        </w:rPr>
        <w:t>’</w:t>
      </w:r>
      <w:r w:rsidRPr="006377E0">
        <w:rPr>
          <w:rFonts w:ascii="Times New Roman" w:hAnsi="Times New Roman" w:cs="Times New Roman"/>
          <w:sz w:val="22"/>
          <w:szCs w:val="22"/>
        </w:rPr>
        <w:t>espletamento della presente procedura selettiva.</w:t>
      </w:r>
    </w:p>
    <w:p w14:paraId="492826F5" w14:textId="77777777" w:rsidR="00C22903" w:rsidRDefault="00C22903" w:rsidP="00A861A7">
      <w:pPr>
        <w:spacing w:before="60" w:after="60"/>
        <w:jc w:val="both"/>
        <w:rPr>
          <w:sz w:val="22"/>
          <w:szCs w:val="22"/>
        </w:rPr>
      </w:pPr>
    </w:p>
    <w:p w14:paraId="7E9C6947" w14:textId="77777777" w:rsidR="009D2EAC" w:rsidRDefault="009D2EAC" w:rsidP="00A861A7">
      <w:pPr>
        <w:spacing w:before="60" w:after="60"/>
        <w:jc w:val="both"/>
        <w:rPr>
          <w:sz w:val="22"/>
          <w:szCs w:val="22"/>
        </w:rPr>
      </w:pPr>
    </w:p>
    <w:p w14:paraId="2BED4BCD" w14:textId="519ED09E" w:rsidR="009D2EAC" w:rsidRPr="00686BEC" w:rsidRDefault="009D2EAC" w:rsidP="00A861A7">
      <w:pPr>
        <w:spacing w:before="60" w:after="60"/>
        <w:jc w:val="both"/>
        <w:rPr>
          <w:sz w:val="22"/>
          <w:szCs w:val="22"/>
        </w:rPr>
      </w:pPr>
      <w:r w:rsidRPr="00686BEC">
        <w:rPr>
          <w:sz w:val="22"/>
          <w:szCs w:val="22"/>
        </w:rPr>
        <w:t xml:space="preserve">Allega: </w:t>
      </w:r>
    </w:p>
    <w:p w14:paraId="6B1334E5" w14:textId="67C052D8" w:rsidR="009D2EAC" w:rsidRPr="00686BEC" w:rsidRDefault="0011119A" w:rsidP="0011119A">
      <w:pPr>
        <w:pStyle w:val="Paragrafoelenco"/>
        <w:numPr>
          <w:ilvl w:val="0"/>
          <w:numId w:val="35"/>
        </w:numPr>
        <w:spacing w:before="60" w:after="60"/>
        <w:jc w:val="both"/>
        <w:rPr>
          <w:rFonts w:ascii="Times New Roman" w:hAnsi="Times New Roman" w:cs="Times New Roman"/>
          <w:i/>
          <w:iCs/>
          <w:sz w:val="22"/>
          <w:szCs w:val="22"/>
        </w:rPr>
      </w:pPr>
      <w:r w:rsidRPr="00686BEC">
        <w:rPr>
          <w:rFonts w:ascii="Times New Roman" w:hAnsi="Times New Roman" w:cs="Times New Roman"/>
          <w:i/>
          <w:iCs/>
          <w:sz w:val="22"/>
          <w:szCs w:val="22"/>
        </w:rPr>
        <w:t>[Allegare documento di riconoscimento</w:t>
      </w:r>
      <w:r w:rsidR="00686BEC">
        <w:rPr>
          <w:rFonts w:ascii="Times New Roman" w:hAnsi="Times New Roman" w:cs="Times New Roman"/>
          <w:i/>
          <w:iCs/>
          <w:sz w:val="22"/>
          <w:szCs w:val="22"/>
        </w:rPr>
        <w:t xml:space="preserve"> in corso di validità</w:t>
      </w:r>
      <w:r w:rsidRPr="00686BEC">
        <w:rPr>
          <w:rFonts w:ascii="Times New Roman" w:hAnsi="Times New Roman" w:cs="Times New Roman"/>
          <w:i/>
          <w:iCs/>
          <w:sz w:val="22"/>
          <w:szCs w:val="22"/>
        </w:rPr>
        <w:t>];</w:t>
      </w:r>
    </w:p>
    <w:p w14:paraId="6322102E" w14:textId="6BEABDC9" w:rsidR="0011119A" w:rsidRPr="00686BEC" w:rsidRDefault="0011119A" w:rsidP="0011119A">
      <w:pPr>
        <w:pStyle w:val="Paragrafoelenco"/>
        <w:numPr>
          <w:ilvl w:val="0"/>
          <w:numId w:val="35"/>
        </w:numPr>
        <w:spacing w:before="60" w:after="60"/>
        <w:jc w:val="both"/>
        <w:rPr>
          <w:rFonts w:ascii="Times New Roman" w:hAnsi="Times New Roman" w:cs="Times New Roman"/>
          <w:i/>
          <w:iCs/>
          <w:sz w:val="22"/>
          <w:szCs w:val="22"/>
        </w:rPr>
      </w:pPr>
      <w:r w:rsidRPr="00686BEC">
        <w:rPr>
          <w:rFonts w:ascii="Times New Roman" w:hAnsi="Times New Roman" w:cs="Times New Roman"/>
          <w:i/>
          <w:iCs/>
          <w:sz w:val="22"/>
          <w:szCs w:val="22"/>
        </w:rPr>
        <w:t>[Allegare titoli utili alla valutazione dell’istanza di partecipazione];</w:t>
      </w:r>
    </w:p>
    <w:p w14:paraId="13F45F7D" w14:textId="77777777" w:rsidR="009D2EAC" w:rsidRDefault="009D2EAC" w:rsidP="00A861A7">
      <w:pPr>
        <w:spacing w:before="60" w:after="60"/>
        <w:jc w:val="both"/>
        <w:rPr>
          <w:sz w:val="22"/>
          <w:szCs w:val="22"/>
        </w:rPr>
      </w:pPr>
    </w:p>
    <w:p w14:paraId="358C8084" w14:textId="77777777" w:rsidR="006377E0" w:rsidRPr="006377E0" w:rsidRDefault="006377E0" w:rsidP="00A861A7">
      <w:pPr>
        <w:spacing w:before="60" w:after="60"/>
        <w:jc w:val="both"/>
        <w:rPr>
          <w:sz w:val="22"/>
          <w:szCs w:val="22"/>
        </w:rPr>
      </w:pPr>
    </w:p>
    <w:p w14:paraId="04093313" w14:textId="77777777" w:rsidR="00A814F7" w:rsidRDefault="00C22903" w:rsidP="00A814F7">
      <w:pPr>
        <w:spacing w:before="60" w:after="60"/>
        <w:jc w:val="both"/>
        <w:rPr>
          <w:sz w:val="22"/>
          <w:szCs w:val="22"/>
        </w:rPr>
      </w:pPr>
      <w:r w:rsidRPr="006377E0">
        <w:rPr>
          <w:sz w:val="22"/>
          <w:szCs w:val="22"/>
        </w:rPr>
        <w:t>Luogo e Data: _______________________</w:t>
      </w:r>
    </w:p>
    <w:p w14:paraId="12C5058B" w14:textId="77777777" w:rsidR="006377E0" w:rsidRDefault="006377E0" w:rsidP="00A814F7">
      <w:pPr>
        <w:spacing w:before="60" w:after="60"/>
        <w:jc w:val="both"/>
        <w:rPr>
          <w:sz w:val="22"/>
          <w:szCs w:val="22"/>
        </w:rPr>
      </w:pPr>
    </w:p>
    <w:p w14:paraId="5E198B20" w14:textId="77777777" w:rsidR="006377E0" w:rsidRPr="006377E0" w:rsidRDefault="006377E0" w:rsidP="00A814F7">
      <w:pPr>
        <w:spacing w:before="60" w:after="60"/>
        <w:jc w:val="both"/>
        <w:rPr>
          <w:sz w:val="22"/>
          <w:szCs w:val="22"/>
        </w:rPr>
      </w:pPr>
    </w:p>
    <w:p w14:paraId="36869E42" w14:textId="43EA0687" w:rsidR="00C22903" w:rsidRDefault="00C22903" w:rsidP="00A814F7">
      <w:pPr>
        <w:spacing w:before="60" w:after="60"/>
        <w:ind w:left="3545" w:firstLine="709"/>
        <w:jc w:val="center"/>
        <w:rPr>
          <w:sz w:val="22"/>
          <w:szCs w:val="22"/>
        </w:rPr>
      </w:pPr>
      <w:r w:rsidRPr="006377E0">
        <w:rPr>
          <w:sz w:val="22"/>
          <w:szCs w:val="22"/>
        </w:rPr>
        <w:t>Firma del Candidato</w:t>
      </w:r>
    </w:p>
    <w:p w14:paraId="5693467E" w14:textId="77777777" w:rsidR="00686BEC" w:rsidRPr="006377E0" w:rsidRDefault="00686BEC" w:rsidP="00A814F7">
      <w:pPr>
        <w:spacing w:before="60" w:after="60"/>
        <w:ind w:left="3545" w:firstLine="709"/>
        <w:jc w:val="center"/>
        <w:rPr>
          <w:sz w:val="22"/>
          <w:szCs w:val="22"/>
        </w:rPr>
      </w:pPr>
    </w:p>
    <w:p w14:paraId="30DB2C14" w14:textId="3ED554AD" w:rsidR="00E22CE0" w:rsidRPr="006377E0" w:rsidRDefault="00C22903" w:rsidP="00A861A7">
      <w:pPr>
        <w:spacing w:before="60" w:after="60"/>
        <w:ind w:left="4254"/>
        <w:jc w:val="center"/>
        <w:rPr>
          <w:sz w:val="22"/>
          <w:szCs w:val="22"/>
        </w:rPr>
      </w:pPr>
      <w:r w:rsidRPr="006377E0">
        <w:rPr>
          <w:sz w:val="22"/>
          <w:szCs w:val="22"/>
        </w:rPr>
        <w:t>_____________________________________</w:t>
      </w:r>
    </w:p>
    <w:sectPr w:rsidR="00E22CE0" w:rsidRPr="006377E0" w:rsidSect="00A814F7">
      <w:headerReference w:type="default" r:id="rId8"/>
      <w:footerReference w:type="even" r:id="rId9"/>
      <w:pgSz w:w="11906" w:h="16838" w:code="9"/>
      <w:pgMar w:top="1843" w:right="1134" w:bottom="1985" w:left="1134" w:header="709" w:footer="4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43E59D" w14:textId="77777777" w:rsidR="00C56A9B" w:rsidRDefault="00C56A9B">
      <w:r>
        <w:separator/>
      </w:r>
    </w:p>
  </w:endnote>
  <w:endnote w:type="continuationSeparator" w:id="0">
    <w:p w14:paraId="065F8820" w14:textId="77777777" w:rsidR="00C56A9B" w:rsidRDefault="00C56A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Noto Sans Symbols">
    <w:altName w:val="Calibri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Liberation Sans">
    <w:altName w:val="Times New Roman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5ED26" w14:textId="77777777" w:rsidR="0061338A" w:rsidRDefault="003D53A9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61338A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61338A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2267D32D" w14:textId="77777777" w:rsidR="0061338A" w:rsidRDefault="0061338A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34C532" w14:textId="77777777" w:rsidR="00C56A9B" w:rsidRDefault="00C56A9B">
      <w:r>
        <w:separator/>
      </w:r>
    </w:p>
  </w:footnote>
  <w:footnote w:type="continuationSeparator" w:id="0">
    <w:p w14:paraId="06148465" w14:textId="77777777" w:rsidR="00C56A9B" w:rsidRDefault="00C56A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7D77D" w14:textId="79BF224A" w:rsidR="0061338A" w:rsidRDefault="005A3263">
    <w:pPr>
      <w:pStyle w:val="Intestazione"/>
    </w:pPr>
    <w:r>
      <w:rPr>
        <w:noProof/>
      </w:rPr>
      <w:drawing>
        <wp:anchor distT="0" distB="0" distL="114300" distR="114300" simplePos="0" relativeHeight="251658241" behindDoc="1" locked="0" layoutInCell="1" allowOverlap="1" wp14:anchorId="50485115" wp14:editId="54C8606A">
          <wp:simplePos x="0" y="0"/>
          <wp:positionH relativeFrom="margin">
            <wp:align>left</wp:align>
          </wp:positionH>
          <wp:positionV relativeFrom="paragraph">
            <wp:posOffset>-185862</wp:posOffset>
          </wp:positionV>
          <wp:extent cx="1711960" cy="953770"/>
          <wp:effectExtent l="0" t="0" r="0" b="0"/>
          <wp:wrapNone/>
          <wp:docPr id="23828932" name="Immagine 15" descr="Immagi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5" descr="Immagine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lum bright="-30000" contras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1960" cy="9537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A761D20" wp14:editId="162077FC">
              <wp:simplePos x="0" y="0"/>
              <wp:positionH relativeFrom="margin">
                <wp:align>right</wp:align>
              </wp:positionH>
              <wp:positionV relativeFrom="paragraph">
                <wp:posOffset>-36269</wp:posOffset>
              </wp:positionV>
              <wp:extent cx="2286000" cy="660400"/>
              <wp:effectExtent l="0" t="0" r="0" b="6350"/>
              <wp:wrapNone/>
              <wp:docPr id="661183696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0" cy="660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15B6128" w14:textId="77777777" w:rsidR="0061338A" w:rsidRDefault="0061338A" w:rsidP="00295BAC">
                          <w:pPr>
                            <w:pStyle w:val="INTESTATO"/>
                            <w:jc w:val="right"/>
                            <w:rPr>
                              <w:b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b/>
                              <w:color w:val="000000"/>
                              <w:sz w:val="20"/>
                              <w:szCs w:val="20"/>
                            </w:rPr>
                            <w:t>CONSERVATORIO DI MUSICA</w:t>
                          </w:r>
                        </w:p>
                        <w:p w14:paraId="29AAFCCC" w14:textId="77777777" w:rsidR="0061338A" w:rsidRPr="008D4BC6" w:rsidRDefault="0061338A" w:rsidP="00295BAC">
                          <w:pPr>
                            <w:pStyle w:val="INTESTATO"/>
                            <w:jc w:val="right"/>
                            <w:rPr>
                              <w:b/>
                              <w:color w:val="000000"/>
                              <w:sz w:val="20"/>
                              <w:szCs w:val="20"/>
                            </w:rPr>
                          </w:pPr>
                          <w:r w:rsidRPr="008D4BC6">
                            <w:rPr>
                              <w:b/>
                              <w:color w:val="000000"/>
                              <w:sz w:val="20"/>
                              <w:szCs w:val="20"/>
                            </w:rPr>
                            <w:t>STANISLAO GIACOMANTONIO</w:t>
                          </w:r>
                        </w:p>
                        <w:p w14:paraId="1FB0D99B" w14:textId="77777777" w:rsidR="0061338A" w:rsidRPr="00FA205C" w:rsidRDefault="0061338A" w:rsidP="00295BAC">
                          <w:pPr>
                            <w:pStyle w:val="INTESTATO"/>
                            <w:spacing w:before="100"/>
                            <w:jc w:val="right"/>
                            <w:rPr>
                              <w:color w:val="000000"/>
                              <w:sz w:val="18"/>
                              <w:szCs w:val="18"/>
                            </w:rPr>
                          </w:pPr>
                          <w:r>
                            <w:rPr>
                              <w:color w:val="000000"/>
                              <w:sz w:val="18"/>
                              <w:szCs w:val="18"/>
                            </w:rPr>
                            <w:t>ISTITUTO SUPERIORE DI STUDI MUSICALI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A761D20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26" type="#_x0000_t202" style="position:absolute;margin-left:128.8pt;margin-top:-2.85pt;width:180pt;height:52pt;z-index: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" filled="f" stroked="f">
              <v:textbox>
                <w:txbxContent>
                  <w:p w14:paraId="015B6128" w14:textId="77777777" w:rsidR="0061338A" w:rsidRDefault="0061338A" w:rsidP="00295BAC">
                    <w:pPr>
                      <w:pStyle w:val="INTESTATO"/>
                      <w:jc w:val="right"/>
                      <w:rPr>
                        <w:b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b/>
                        <w:color w:val="000000"/>
                        <w:sz w:val="20"/>
                        <w:szCs w:val="20"/>
                      </w:rPr>
                      <w:t>CONSERVATORIO DI MUSICA</w:t>
                    </w:r>
                  </w:p>
                  <w:p w14:paraId="29AAFCCC" w14:textId="77777777" w:rsidR="0061338A" w:rsidRPr="008D4BC6" w:rsidRDefault="0061338A" w:rsidP="00295BAC">
                    <w:pPr>
                      <w:pStyle w:val="INTESTATO"/>
                      <w:jc w:val="right"/>
                      <w:rPr>
                        <w:b/>
                        <w:color w:val="000000"/>
                        <w:sz w:val="20"/>
                        <w:szCs w:val="20"/>
                      </w:rPr>
                    </w:pPr>
                    <w:r w:rsidRPr="008D4BC6">
                      <w:rPr>
                        <w:b/>
                        <w:color w:val="000000"/>
                        <w:sz w:val="20"/>
                        <w:szCs w:val="20"/>
                      </w:rPr>
                      <w:t>STANISLAO GIACOMANTONIO</w:t>
                    </w:r>
                  </w:p>
                  <w:p w14:paraId="1FB0D99B" w14:textId="77777777" w:rsidR="0061338A" w:rsidRPr="00FA205C" w:rsidRDefault="0061338A" w:rsidP="00295BAC">
                    <w:pPr>
                      <w:pStyle w:val="INTESTATO"/>
                      <w:spacing w:before="100"/>
                      <w:jc w:val="right"/>
                      <w:rPr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color w:val="000000"/>
                        <w:sz w:val="18"/>
                        <w:szCs w:val="18"/>
                      </w:rPr>
                      <w:t>ISTITUTO SUPERIORE DI STUDI MUSICALI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A99411"/>
    <w:multiLevelType w:val="multilevel"/>
    <w:tmpl w:val="5358E89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0" w15:restartNumberingAfterBreak="0">
    <w:nsid w:val="05303000"/>
    <w:multiLevelType w:val="multilevel"/>
    <w:tmpl w:val="79145BCE"/>
    <w:styleLink w:val="WWNum1"/>
    <w:lvl w:ilvl="0">
      <w:numFmt w:val="bullet"/>
      <w:lvlText w:val="-"/>
      <w:lvlJc w:val="left"/>
      <w:pPr>
        <w:ind w:left="720" w:hanging="360"/>
      </w:pPr>
      <w:rPr>
        <w:u w:val="none"/>
      </w:rPr>
    </w:lvl>
    <w:lvl w:ilvl="1">
      <w:numFmt w:val="bullet"/>
      <w:lvlText w:val="-"/>
      <w:lvlJc w:val="left"/>
      <w:pPr>
        <w:ind w:left="1440" w:hanging="360"/>
      </w:pPr>
      <w:rPr>
        <w:u w:val="none"/>
      </w:rPr>
    </w:lvl>
    <w:lvl w:ilvl="2">
      <w:numFmt w:val="bullet"/>
      <w:lvlText w:val="-"/>
      <w:lvlJc w:val="left"/>
      <w:pPr>
        <w:ind w:left="2160" w:hanging="360"/>
      </w:pPr>
      <w:rPr>
        <w:u w:val="none"/>
      </w:rPr>
    </w:lvl>
    <w:lvl w:ilvl="3">
      <w:numFmt w:val="bullet"/>
      <w:lvlText w:val="-"/>
      <w:lvlJc w:val="left"/>
      <w:pPr>
        <w:ind w:left="2880" w:hanging="360"/>
      </w:pPr>
      <w:rPr>
        <w:u w:val="none"/>
      </w:rPr>
    </w:lvl>
    <w:lvl w:ilvl="4">
      <w:numFmt w:val="bullet"/>
      <w:lvlText w:val="-"/>
      <w:lvlJc w:val="left"/>
      <w:pPr>
        <w:ind w:left="3600" w:hanging="360"/>
      </w:pPr>
      <w:rPr>
        <w:u w:val="none"/>
      </w:rPr>
    </w:lvl>
    <w:lvl w:ilvl="5">
      <w:numFmt w:val="bullet"/>
      <w:lvlText w:val="-"/>
      <w:lvlJc w:val="left"/>
      <w:pPr>
        <w:ind w:left="4320" w:hanging="360"/>
      </w:pPr>
      <w:rPr>
        <w:u w:val="none"/>
      </w:rPr>
    </w:lvl>
    <w:lvl w:ilvl="6">
      <w:numFmt w:val="bullet"/>
      <w:lvlText w:val="-"/>
      <w:lvlJc w:val="left"/>
      <w:pPr>
        <w:ind w:left="5040" w:hanging="360"/>
      </w:pPr>
      <w:rPr>
        <w:u w:val="none"/>
      </w:rPr>
    </w:lvl>
    <w:lvl w:ilvl="7">
      <w:numFmt w:val="bullet"/>
      <w:lvlText w:val="-"/>
      <w:lvlJc w:val="left"/>
      <w:pPr>
        <w:ind w:left="5760" w:hanging="360"/>
      </w:pPr>
      <w:rPr>
        <w:u w:val="none"/>
      </w:rPr>
    </w:lvl>
    <w:lvl w:ilvl="8"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0D147829"/>
    <w:multiLevelType w:val="hybridMultilevel"/>
    <w:tmpl w:val="443E5634"/>
    <w:lvl w:ilvl="0" w:tplc="04100001">
      <w:start w:val="1"/>
      <w:numFmt w:val="bullet"/>
      <w:lvlText w:val=""/>
      <w:lvlJc w:val="left"/>
      <w:pPr>
        <w:ind w:left="327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9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7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4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1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8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5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3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9032" w:hanging="360"/>
      </w:pPr>
      <w:rPr>
        <w:rFonts w:ascii="Wingdings" w:hAnsi="Wingdings" w:hint="default"/>
      </w:rPr>
    </w:lvl>
  </w:abstractNum>
  <w:abstractNum w:abstractNumId="12" w15:restartNumberingAfterBreak="0">
    <w:nsid w:val="0DD42109"/>
    <w:multiLevelType w:val="hybridMultilevel"/>
    <w:tmpl w:val="42B4702C"/>
    <w:lvl w:ilvl="0" w:tplc="E2882664">
      <w:start w:val="1"/>
      <w:numFmt w:val="bullet"/>
      <w:lvlText w:val="•"/>
      <w:lvlJc w:val="left"/>
      <w:pPr>
        <w:ind w:left="3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8F209B2">
      <w:start w:val="1"/>
      <w:numFmt w:val="bullet"/>
      <w:lvlText w:val="o"/>
      <w:lvlJc w:val="left"/>
      <w:pPr>
        <w:ind w:left="10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542DA70">
      <w:start w:val="1"/>
      <w:numFmt w:val="bullet"/>
      <w:lvlText w:val="▪"/>
      <w:lvlJc w:val="left"/>
      <w:pPr>
        <w:ind w:left="17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3BE8494">
      <w:start w:val="1"/>
      <w:numFmt w:val="bullet"/>
      <w:lvlText w:val="•"/>
      <w:lvlJc w:val="left"/>
      <w:pPr>
        <w:ind w:left="25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B663DF8">
      <w:start w:val="1"/>
      <w:numFmt w:val="bullet"/>
      <w:lvlText w:val="o"/>
      <w:lvlJc w:val="left"/>
      <w:pPr>
        <w:ind w:left="32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A14074E">
      <w:start w:val="1"/>
      <w:numFmt w:val="bullet"/>
      <w:lvlText w:val="▪"/>
      <w:lvlJc w:val="left"/>
      <w:pPr>
        <w:ind w:left="39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78C68C6">
      <w:start w:val="1"/>
      <w:numFmt w:val="bullet"/>
      <w:lvlText w:val="•"/>
      <w:lvlJc w:val="left"/>
      <w:pPr>
        <w:ind w:left="46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32A5880">
      <w:start w:val="1"/>
      <w:numFmt w:val="bullet"/>
      <w:lvlText w:val="o"/>
      <w:lvlJc w:val="left"/>
      <w:pPr>
        <w:ind w:left="53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C448B1C">
      <w:start w:val="1"/>
      <w:numFmt w:val="bullet"/>
      <w:lvlText w:val="▪"/>
      <w:lvlJc w:val="left"/>
      <w:pPr>
        <w:ind w:left="61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168E01F2"/>
    <w:multiLevelType w:val="hybridMultilevel"/>
    <w:tmpl w:val="9D36AA1C"/>
    <w:lvl w:ilvl="0" w:tplc="8D069520">
      <w:start w:val="1"/>
      <w:numFmt w:val="decimal"/>
      <w:lvlText w:val="%1.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D34C84E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A7A1EB6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08EDEE2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B1C6FDA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EB8A7D6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6B00082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C1CDAF0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836244A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17C76BAC"/>
    <w:multiLevelType w:val="multilevel"/>
    <w:tmpl w:val="EEC46AB2"/>
    <w:styleLink w:val="WWNum2"/>
    <w:lvl w:ilvl="0">
      <w:numFmt w:val="bullet"/>
      <w:lvlText w:val="-"/>
      <w:lvlJc w:val="left"/>
      <w:pPr>
        <w:ind w:left="720" w:hanging="360"/>
      </w:pPr>
      <w:rPr>
        <w:u w:val="none"/>
      </w:rPr>
    </w:lvl>
    <w:lvl w:ilvl="1">
      <w:numFmt w:val="bullet"/>
      <w:lvlText w:val="-"/>
      <w:lvlJc w:val="left"/>
      <w:pPr>
        <w:ind w:left="1440" w:hanging="360"/>
      </w:pPr>
      <w:rPr>
        <w:u w:val="none"/>
      </w:rPr>
    </w:lvl>
    <w:lvl w:ilvl="2">
      <w:numFmt w:val="bullet"/>
      <w:lvlText w:val="-"/>
      <w:lvlJc w:val="left"/>
      <w:pPr>
        <w:ind w:left="2160" w:hanging="360"/>
      </w:pPr>
      <w:rPr>
        <w:u w:val="none"/>
      </w:rPr>
    </w:lvl>
    <w:lvl w:ilvl="3">
      <w:numFmt w:val="bullet"/>
      <w:lvlText w:val="-"/>
      <w:lvlJc w:val="left"/>
      <w:pPr>
        <w:ind w:left="2880" w:hanging="360"/>
      </w:pPr>
      <w:rPr>
        <w:u w:val="none"/>
      </w:rPr>
    </w:lvl>
    <w:lvl w:ilvl="4">
      <w:numFmt w:val="bullet"/>
      <w:lvlText w:val="-"/>
      <w:lvlJc w:val="left"/>
      <w:pPr>
        <w:ind w:left="3600" w:hanging="360"/>
      </w:pPr>
      <w:rPr>
        <w:u w:val="none"/>
      </w:rPr>
    </w:lvl>
    <w:lvl w:ilvl="5">
      <w:numFmt w:val="bullet"/>
      <w:lvlText w:val="-"/>
      <w:lvlJc w:val="left"/>
      <w:pPr>
        <w:ind w:left="4320" w:hanging="360"/>
      </w:pPr>
      <w:rPr>
        <w:u w:val="none"/>
      </w:rPr>
    </w:lvl>
    <w:lvl w:ilvl="6">
      <w:numFmt w:val="bullet"/>
      <w:lvlText w:val="-"/>
      <w:lvlJc w:val="left"/>
      <w:pPr>
        <w:ind w:left="5040" w:hanging="360"/>
      </w:pPr>
      <w:rPr>
        <w:u w:val="none"/>
      </w:rPr>
    </w:lvl>
    <w:lvl w:ilvl="7">
      <w:numFmt w:val="bullet"/>
      <w:lvlText w:val="-"/>
      <w:lvlJc w:val="left"/>
      <w:pPr>
        <w:ind w:left="5760" w:hanging="360"/>
      </w:pPr>
      <w:rPr>
        <w:u w:val="none"/>
      </w:rPr>
    </w:lvl>
    <w:lvl w:ilvl="8"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1BF37047"/>
    <w:multiLevelType w:val="hybridMultilevel"/>
    <w:tmpl w:val="C256DAD2"/>
    <w:lvl w:ilvl="0" w:tplc="0D9C53F2">
      <w:start w:val="18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CD830DA"/>
    <w:multiLevelType w:val="hybridMultilevel"/>
    <w:tmpl w:val="9DC28C6E"/>
    <w:lvl w:ilvl="0" w:tplc="C0E007C0">
      <w:start w:val="1"/>
      <w:numFmt w:val="decimal"/>
      <w:lvlText w:val="%1)"/>
      <w:lvlJc w:val="left"/>
      <w:pPr>
        <w:ind w:left="70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ECE065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00EC0D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C7AEB0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2AC699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64664A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9320F9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D50070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AEAD55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25641750"/>
    <w:multiLevelType w:val="multilevel"/>
    <w:tmpl w:val="FD007EA4"/>
    <w:styleLink w:val="WWNum5"/>
    <w:lvl w:ilvl="0"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2F7F44E1"/>
    <w:multiLevelType w:val="hybridMultilevel"/>
    <w:tmpl w:val="B0AAE3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304518E"/>
    <w:multiLevelType w:val="hybridMultilevel"/>
    <w:tmpl w:val="F0767826"/>
    <w:lvl w:ilvl="0" w:tplc="DCFC5964">
      <w:start w:val="1"/>
      <w:numFmt w:val="bullet"/>
      <w:lvlText w:val="-"/>
      <w:lvlJc w:val="left"/>
      <w:pPr>
        <w:ind w:left="3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DDC40D0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2E66658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C50C9FC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3943E00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C102E7C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9F016E6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8865736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62A5D9C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33353238"/>
    <w:multiLevelType w:val="hybridMultilevel"/>
    <w:tmpl w:val="8262473A"/>
    <w:lvl w:ilvl="0" w:tplc="F62C957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563648C"/>
    <w:multiLevelType w:val="hybridMultilevel"/>
    <w:tmpl w:val="3CC0DD1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EAC01AA"/>
    <w:multiLevelType w:val="hybridMultilevel"/>
    <w:tmpl w:val="90AEEC8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96198D"/>
    <w:multiLevelType w:val="hybridMultilevel"/>
    <w:tmpl w:val="C2B4E9D6"/>
    <w:lvl w:ilvl="0" w:tplc="4A54020A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44A6654">
      <w:start w:val="1"/>
      <w:numFmt w:val="lowerLetter"/>
      <w:lvlText w:val="%2)"/>
      <w:lvlJc w:val="left"/>
      <w:pPr>
        <w:ind w:left="6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E94785A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E9A1CAE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568CDCE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47CC820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588A6D6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BF86618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63A200E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4CF06AA4"/>
    <w:multiLevelType w:val="multilevel"/>
    <w:tmpl w:val="DAF45D36"/>
    <w:styleLink w:val="WWNum7"/>
    <w:lvl w:ilvl="0">
      <w:numFmt w:val="bullet"/>
      <w:lvlText w:val="-"/>
      <w:lvlJc w:val="left"/>
      <w:pPr>
        <w:ind w:left="1440" w:hanging="360"/>
      </w:pPr>
      <w:rPr>
        <w:u w:val="none"/>
      </w:rPr>
    </w:lvl>
    <w:lvl w:ilvl="1">
      <w:numFmt w:val="bullet"/>
      <w:lvlText w:val="-"/>
      <w:lvlJc w:val="left"/>
      <w:pPr>
        <w:ind w:left="2160" w:hanging="360"/>
      </w:pPr>
      <w:rPr>
        <w:u w:val="none"/>
      </w:rPr>
    </w:lvl>
    <w:lvl w:ilvl="2">
      <w:numFmt w:val="bullet"/>
      <w:lvlText w:val="-"/>
      <w:lvlJc w:val="left"/>
      <w:pPr>
        <w:ind w:left="2880" w:hanging="360"/>
      </w:pPr>
      <w:rPr>
        <w:u w:val="none"/>
      </w:rPr>
    </w:lvl>
    <w:lvl w:ilvl="3">
      <w:numFmt w:val="bullet"/>
      <w:lvlText w:val="-"/>
      <w:lvlJc w:val="left"/>
      <w:pPr>
        <w:ind w:left="3600" w:hanging="360"/>
      </w:pPr>
      <w:rPr>
        <w:u w:val="none"/>
      </w:rPr>
    </w:lvl>
    <w:lvl w:ilvl="4">
      <w:numFmt w:val="bullet"/>
      <w:lvlText w:val="-"/>
      <w:lvlJc w:val="left"/>
      <w:pPr>
        <w:ind w:left="4320" w:hanging="360"/>
      </w:pPr>
      <w:rPr>
        <w:u w:val="none"/>
      </w:rPr>
    </w:lvl>
    <w:lvl w:ilvl="5">
      <w:numFmt w:val="bullet"/>
      <w:lvlText w:val="-"/>
      <w:lvlJc w:val="left"/>
      <w:pPr>
        <w:ind w:left="5040" w:hanging="360"/>
      </w:pPr>
      <w:rPr>
        <w:u w:val="none"/>
      </w:rPr>
    </w:lvl>
    <w:lvl w:ilvl="6">
      <w:numFmt w:val="bullet"/>
      <w:lvlText w:val="-"/>
      <w:lvlJc w:val="left"/>
      <w:pPr>
        <w:ind w:left="5760" w:hanging="360"/>
      </w:pPr>
      <w:rPr>
        <w:u w:val="none"/>
      </w:rPr>
    </w:lvl>
    <w:lvl w:ilvl="7">
      <w:numFmt w:val="bullet"/>
      <w:lvlText w:val="-"/>
      <w:lvlJc w:val="left"/>
      <w:pPr>
        <w:ind w:left="6480" w:hanging="360"/>
      </w:pPr>
      <w:rPr>
        <w:u w:val="none"/>
      </w:rPr>
    </w:lvl>
    <w:lvl w:ilvl="8"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25" w15:restartNumberingAfterBreak="0">
    <w:nsid w:val="4EA02073"/>
    <w:multiLevelType w:val="hybridMultilevel"/>
    <w:tmpl w:val="B1EC46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0D7F52"/>
    <w:multiLevelType w:val="multilevel"/>
    <w:tmpl w:val="8D8820DE"/>
    <w:styleLink w:val="WWNum6"/>
    <w:lvl w:ilvl="0">
      <w:numFmt w:val="bullet"/>
      <w:lvlText w:val="-"/>
      <w:lvlJc w:val="left"/>
      <w:pPr>
        <w:ind w:left="1440" w:hanging="360"/>
      </w:pPr>
      <w:rPr>
        <w:u w:val="none"/>
      </w:rPr>
    </w:lvl>
    <w:lvl w:ilvl="1">
      <w:numFmt w:val="bullet"/>
      <w:lvlText w:val="-"/>
      <w:lvlJc w:val="left"/>
      <w:pPr>
        <w:ind w:left="2160" w:hanging="360"/>
      </w:pPr>
      <w:rPr>
        <w:u w:val="none"/>
      </w:rPr>
    </w:lvl>
    <w:lvl w:ilvl="2">
      <w:numFmt w:val="bullet"/>
      <w:lvlText w:val="-"/>
      <w:lvlJc w:val="left"/>
      <w:pPr>
        <w:ind w:left="2880" w:hanging="360"/>
      </w:pPr>
      <w:rPr>
        <w:u w:val="none"/>
      </w:rPr>
    </w:lvl>
    <w:lvl w:ilvl="3">
      <w:numFmt w:val="bullet"/>
      <w:lvlText w:val="-"/>
      <w:lvlJc w:val="left"/>
      <w:pPr>
        <w:ind w:left="3600" w:hanging="360"/>
      </w:pPr>
      <w:rPr>
        <w:u w:val="none"/>
      </w:rPr>
    </w:lvl>
    <w:lvl w:ilvl="4">
      <w:numFmt w:val="bullet"/>
      <w:lvlText w:val="-"/>
      <w:lvlJc w:val="left"/>
      <w:pPr>
        <w:ind w:left="4320" w:hanging="360"/>
      </w:pPr>
      <w:rPr>
        <w:u w:val="none"/>
      </w:rPr>
    </w:lvl>
    <w:lvl w:ilvl="5">
      <w:numFmt w:val="bullet"/>
      <w:lvlText w:val="-"/>
      <w:lvlJc w:val="left"/>
      <w:pPr>
        <w:ind w:left="5040" w:hanging="360"/>
      </w:pPr>
      <w:rPr>
        <w:u w:val="none"/>
      </w:rPr>
    </w:lvl>
    <w:lvl w:ilvl="6">
      <w:numFmt w:val="bullet"/>
      <w:lvlText w:val="-"/>
      <w:lvlJc w:val="left"/>
      <w:pPr>
        <w:ind w:left="5760" w:hanging="360"/>
      </w:pPr>
      <w:rPr>
        <w:u w:val="none"/>
      </w:rPr>
    </w:lvl>
    <w:lvl w:ilvl="7">
      <w:numFmt w:val="bullet"/>
      <w:lvlText w:val="-"/>
      <w:lvlJc w:val="left"/>
      <w:pPr>
        <w:ind w:left="6480" w:hanging="360"/>
      </w:pPr>
      <w:rPr>
        <w:u w:val="none"/>
      </w:rPr>
    </w:lvl>
    <w:lvl w:ilvl="8"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27" w15:restartNumberingAfterBreak="0">
    <w:nsid w:val="5C17284C"/>
    <w:multiLevelType w:val="hybridMultilevel"/>
    <w:tmpl w:val="21A89D4C"/>
    <w:lvl w:ilvl="0" w:tplc="AEA6C474">
      <w:numFmt w:val="bullet"/>
      <w:lvlText w:val="-"/>
      <w:lvlJc w:val="left"/>
      <w:pPr>
        <w:ind w:left="720" w:hanging="360"/>
      </w:pPr>
      <w:rPr>
        <w:rFonts w:ascii="Times New Roman" w:eastAsia="Aptos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08A6117"/>
    <w:multiLevelType w:val="hybridMultilevel"/>
    <w:tmpl w:val="D5FCB8B6"/>
    <w:lvl w:ilvl="0" w:tplc="AEF8F344">
      <w:start w:val="1"/>
      <w:numFmt w:val="decimal"/>
      <w:lvlText w:val="%1."/>
      <w:lvlJc w:val="left"/>
      <w:pPr>
        <w:ind w:left="1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C4EEBF8">
      <w:start w:val="1"/>
      <w:numFmt w:val="lowerLetter"/>
      <w:lvlText w:val="%2"/>
      <w:lvlJc w:val="left"/>
      <w:pPr>
        <w:ind w:left="1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BB2B6E4">
      <w:start w:val="1"/>
      <w:numFmt w:val="lowerRoman"/>
      <w:lvlText w:val="%3"/>
      <w:lvlJc w:val="left"/>
      <w:pPr>
        <w:ind w:left="2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8AA8D96">
      <w:start w:val="1"/>
      <w:numFmt w:val="decimal"/>
      <w:lvlText w:val="%4"/>
      <w:lvlJc w:val="left"/>
      <w:pPr>
        <w:ind w:left="2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CC88328">
      <w:start w:val="1"/>
      <w:numFmt w:val="lowerLetter"/>
      <w:lvlText w:val="%5"/>
      <w:lvlJc w:val="left"/>
      <w:pPr>
        <w:ind w:left="3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3D8D9B6">
      <w:start w:val="1"/>
      <w:numFmt w:val="lowerRoman"/>
      <w:lvlText w:val="%6"/>
      <w:lvlJc w:val="left"/>
      <w:pPr>
        <w:ind w:left="43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73E3388">
      <w:start w:val="1"/>
      <w:numFmt w:val="decimal"/>
      <w:lvlText w:val="%7"/>
      <w:lvlJc w:val="left"/>
      <w:pPr>
        <w:ind w:left="51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B88A7CA">
      <w:start w:val="1"/>
      <w:numFmt w:val="lowerLetter"/>
      <w:lvlText w:val="%8"/>
      <w:lvlJc w:val="left"/>
      <w:pPr>
        <w:ind w:left="58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6609C5A">
      <w:start w:val="1"/>
      <w:numFmt w:val="lowerRoman"/>
      <w:lvlText w:val="%9"/>
      <w:lvlJc w:val="left"/>
      <w:pPr>
        <w:ind w:left="65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6A67353B"/>
    <w:multiLevelType w:val="hybridMultilevel"/>
    <w:tmpl w:val="CA105D9E"/>
    <w:lvl w:ilvl="0" w:tplc="04100001">
      <w:start w:val="1"/>
      <w:numFmt w:val="bullet"/>
      <w:lvlText w:val=""/>
      <w:lvlJc w:val="left"/>
      <w:pPr>
        <w:ind w:left="327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9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7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4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1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8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5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3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9032" w:hanging="360"/>
      </w:pPr>
      <w:rPr>
        <w:rFonts w:ascii="Wingdings" w:hAnsi="Wingdings" w:hint="default"/>
      </w:rPr>
    </w:lvl>
  </w:abstractNum>
  <w:abstractNum w:abstractNumId="30" w15:restartNumberingAfterBreak="0">
    <w:nsid w:val="703741CC"/>
    <w:multiLevelType w:val="hybridMultilevel"/>
    <w:tmpl w:val="FB602858"/>
    <w:lvl w:ilvl="0" w:tplc="04100001">
      <w:start w:val="1"/>
      <w:numFmt w:val="bullet"/>
      <w:lvlText w:val=""/>
      <w:lvlJc w:val="left"/>
      <w:pPr>
        <w:ind w:left="284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31" w15:restartNumberingAfterBreak="0">
    <w:nsid w:val="72F73877"/>
    <w:multiLevelType w:val="hybridMultilevel"/>
    <w:tmpl w:val="E1EC98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5F62350"/>
    <w:multiLevelType w:val="hybridMultilevel"/>
    <w:tmpl w:val="ABB0FD14"/>
    <w:lvl w:ilvl="0" w:tplc="788AB45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CF22F99"/>
    <w:multiLevelType w:val="hybridMultilevel"/>
    <w:tmpl w:val="888AB9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FE70B21"/>
    <w:multiLevelType w:val="hybridMultilevel"/>
    <w:tmpl w:val="AB705B26"/>
    <w:lvl w:ilvl="0" w:tplc="9C62F28C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8428147">
    <w:abstractNumId w:val="17"/>
  </w:num>
  <w:num w:numId="2" w16cid:durableId="785656322">
    <w:abstractNumId w:val="26"/>
  </w:num>
  <w:num w:numId="3" w16cid:durableId="608045721">
    <w:abstractNumId w:val="24"/>
  </w:num>
  <w:num w:numId="4" w16cid:durableId="1100102289">
    <w:abstractNumId w:val="10"/>
  </w:num>
  <w:num w:numId="5" w16cid:durableId="1741248314">
    <w:abstractNumId w:val="14"/>
  </w:num>
  <w:num w:numId="6" w16cid:durableId="504630077">
    <w:abstractNumId w:val="27"/>
  </w:num>
  <w:num w:numId="7" w16cid:durableId="1113595802">
    <w:abstractNumId w:val="32"/>
  </w:num>
  <w:num w:numId="8" w16cid:durableId="1283877679">
    <w:abstractNumId w:val="12"/>
  </w:num>
  <w:num w:numId="9" w16cid:durableId="134766145">
    <w:abstractNumId w:val="7"/>
  </w:num>
  <w:num w:numId="10" w16cid:durableId="1466434928">
    <w:abstractNumId w:val="8"/>
  </w:num>
  <w:num w:numId="11" w16cid:durableId="1478256758">
    <w:abstractNumId w:val="0"/>
  </w:num>
  <w:num w:numId="12" w16cid:durableId="1479882654">
    <w:abstractNumId w:val="13"/>
  </w:num>
  <w:num w:numId="13" w16cid:durableId="1494104520">
    <w:abstractNumId w:val="6"/>
  </w:num>
  <w:num w:numId="14" w16cid:durableId="1540700581">
    <w:abstractNumId w:val="20"/>
  </w:num>
  <w:num w:numId="15" w16cid:durableId="1570118413">
    <w:abstractNumId w:val="15"/>
  </w:num>
  <w:num w:numId="16" w16cid:durableId="186686549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875147782">
    <w:abstractNumId w:val="4"/>
  </w:num>
  <w:num w:numId="18" w16cid:durableId="210851222">
    <w:abstractNumId w:val="2"/>
  </w:num>
  <w:num w:numId="19" w16cid:durableId="349382602">
    <w:abstractNumId w:val="19"/>
  </w:num>
  <w:num w:numId="20" w16cid:durableId="350685544">
    <w:abstractNumId w:val="28"/>
  </w:num>
  <w:num w:numId="21" w16cid:durableId="465202695">
    <w:abstractNumId w:val="23"/>
  </w:num>
  <w:num w:numId="22" w16cid:durableId="469829370">
    <w:abstractNumId w:val="5"/>
  </w:num>
  <w:num w:numId="23" w16cid:durableId="557742537">
    <w:abstractNumId w:val="1"/>
  </w:num>
  <w:num w:numId="24" w16cid:durableId="710109454">
    <w:abstractNumId w:val="16"/>
  </w:num>
  <w:num w:numId="25" w16cid:durableId="96946292">
    <w:abstractNumId w:val="3"/>
  </w:num>
  <w:num w:numId="26" w16cid:durableId="1930850289">
    <w:abstractNumId w:val="21"/>
  </w:num>
  <w:num w:numId="27" w16cid:durableId="870724974">
    <w:abstractNumId w:val="11"/>
  </w:num>
  <w:num w:numId="28" w16cid:durableId="661859927">
    <w:abstractNumId w:val="29"/>
  </w:num>
  <w:num w:numId="29" w16cid:durableId="1812400441">
    <w:abstractNumId w:val="30"/>
  </w:num>
  <w:num w:numId="30" w16cid:durableId="1503810884">
    <w:abstractNumId w:val="22"/>
  </w:num>
  <w:num w:numId="31" w16cid:durableId="459541170">
    <w:abstractNumId w:val="31"/>
  </w:num>
  <w:num w:numId="32" w16cid:durableId="1947343080">
    <w:abstractNumId w:val="18"/>
  </w:num>
  <w:num w:numId="33" w16cid:durableId="1059094381">
    <w:abstractNumId w:val="25"/>
  </w:num>
  <w:num w:numId="34" w16cid:durableId="1688822887">
    <w:abstractNumId w:val="33"/>
  </w:num>
  <w:num w:numId="35" w16cid:durableId="1063527554">
    <w:abstractNumId w:val="3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25D"/>
    <w:rsid w:val="00001526"/>
    <w:rsid w:val="00002995"/>
    <w:rsid w:val="000034AD"/>
    <w:rsid w:val="00004F77"/>
    <w:rsid w:val="00005D19"/>
    <w:rsid w:val="000075E6"/>
    <w:rsid w:val="000110A4"/>
    <w:rsid w:val="00013525"/>
    <w:rsid w:val="0001501C"/>
    <w:rsid w:val="00015DF8"/>
    <w:rsid w:val="00016FF8"/>
    <w:rsid w:val="0001783A"/>
    <w:rsid w:val="00021047"/>
    <w:rsid w:val="00021563"/>
    <w:rsid w:val="0002289D"/>
    <w:rsid w:val="00023D23"/>
    <w:rsid w:val="00023FB1"/>
    <w:rsid w:val="00024DD8"/>
    <w:rsid w:val="00027A0A"/>
    <w:rsid w:val="000307C2"/>
    <w:rsid w:val="000308DE"/>
    <w:rsid w:val="0003726C"/>
    <w:rsid w:val="0004017B"/>
    <w:rsid w:val="00040459"/>
    <w:rsid w:val="00041569"/>
    <w:rsid w:val="0004184B"/>
    <w:rsid w:val="0004186D"/>
    <w:rsid w:val="00045625"/>
    <w:rsid w:val="00047F8B"/>
    <w:rsid w:val="0005056A"/>
    <w:rsid w:val="00050AE5"/>
    <w:rsid w:val="00051FB2"/>
    <w:rsid w:val="000523E2"/>
    <w:rsid w:val="00052753"/>
    <w:rsid w:val="00053704"/>
    <w:rsid w:val="000548AD"/>
    <w:rsid w:val="00056301"/>
    <w:rsid w:val="0005701D"/>
    <w:rsid w:val="0006037D"/>
    <w:rsid w:val="0006223B"/>
    <w:rsid w:val="000622D9"/>
    <w:rsid w:val="00062942"/>
    <w:rsid w:val="0006391F"/>
    <w:rsid w:val="0006425D"/>
    <w:rsid w:val="00067AE6"/>
    <w:rsid w:val="00070CD9"/>
    <w:rsid w:val="0007315A"/>
    <w:rsid w:val="0007360E"/>
    <w:rsid w:val="000736C7"/>
    <w:rsid w:val="000752A8"/>
    <w:rsid w:val="00076979"/>
    <w:rsid w:val="00080B11"/>
    <w:rsid w:val="000825E1"/>
    <w:rsid w:val="00082B18"/>
    <w:rsid w:val="00085759"/>
    <w:rsid w:val="00086504"/>
    <w:rsid w:val="000867D1"/>
    <w:rsid w:val="0008736F"/>
    <w:rsid w:val="000875ED"/>
    <w:rsid w:val="00090DB8"/>
    <w:rsid w:val="00091530"/>
    <w:rsid w:val="00091711"/>
    <w:rsid w:val="00091B52"/>
    <w:rsid w:val="00092325"/>
    <w:rsid w:val="00093C67"/>
    <w:rsid w:val="0009563B"/>
    <w:rsid w:val="00096A33"/>
    <w:rsid w:val="00097768"/>
    <w:rsid w:val="000A07DB"/>
    <w:rsid w:val="000A1257"/>
    <w:rsid w:val="000A1296"/>
    <w:rsid w:val="000A197A"/>
    <w:rsid w:val="000A2AB0"/>
    <w:rsid w:val="000A38DD"/>
    <w:rsid w:val="000A4778"/>
    <w:rsid w:val="000A50E3"/>
    <w:rsid w:val="000A6126"/>
    <w:rsid w:val="000A70E9"/>
    <w:rsid w:val="000A78B8"/>
    <w:rsid w:val="000B07F2"/>
    <w:rsid w:val="000B0F83"/>
    <w:rsid w:val="000B1EEF"/>
    <w:rsid w:val="000B2504"/>
    <w:rsid w:val="000B2626"/>
    <w:rsid w:val="000B2E03"/>
    <w:rsid w:val="000B371B"/>
    <w:rsid w:val="000B5689"/>
    <w:rsid w:val="000B5EA1"/>
    <w:rsid w:val="000B6670"/>
    <w:rsid w:val="000B6FA5"/>
    <w:rsid w:val="000B7865"/>
    <w:rsid w:val="000C0B11"/>
    <w:rsid w:val="000C1EF5"/>
    <w:rsid w:val="000C39B3"/>
    <w:rsid w:val="000C3D4F"/>
    <w:rsid w:val="000C3F46"/>
    <w:rsid w:val="000C5C20"/>
    <w:rsid w:val="000C7257"/>
    <w:rsid w:val="000D2977"/>
    <w:rsid w:val="000D2B88"/>
    <w:rsid w:val="000D3027"/>
    <w:rsid w:val="000D4A68"/>
    <w:rsid w:val="000D602E"/>
    <w:rsid w:val="000D7D4B"/>
    <w:rsid w:val="000E42A3"/>
    <w:rsid w:val="000E5C38"/>
    <w:rsid w:val="000F00E7"/>
    <w:rsid w:val="000F162B"/>
    <w:rsid w:val="000F19D4"/>
    <w:rsid w:val="000F28BD"/>
    <w:rsid w:val="000F2B00"/>
    <w:rsid w:val="000F2B04"/>
    <w:rsid w:val="000F2FF5"/>
    <w:rsid w:val="000F3683"/>
    <w:rsid w:val="000F3938"/>
    <w:rsid w:val="000F48D1"/>
    <w:rsid w:val="000F52D9"/>
    <w:rsid w:val="000F5838"/>
    <w:rsid w:val="000F6B7D"/>
    <w:rsid w:val="000F7BAB"/>
    <w:rsid w:val="001052BA"/>
    <w:rsid w:val="00105B81"/>
    <w:rsid w:val="00107B3A"/>
    <w:rsid w:val="00110E05"/>
    <w:rsid w:val="0011119A"/>
    <w:rsid w:val="0011133D"/>
    <w:rsid w:val="00112D0D"/>
    <w:rsid w:val="00112E2C"/>
    <w:rsid w:val="00117DD5"/>
    <w:rsid w:val="00117FDE"/>
    <w:rsid w:val="001204B1"/>
    <w:rsid w:val="00120C5F"/>
    <w:rsid w:val="0012123A"/>
    <w:rsid w:val="001213A4"/>
    <w:rsid w:val="00121508"/>
    <w:rsid w:val="00121656"/>
    <w:rsid w:val="00123270"/>
    <w:rsid w:val="00126960"/>
    <w:rsid w:val="00130A62"/>
    <w:rsid w:val="0013197B"/>
    <w:rsid w:val="00133A50"/>
    <w:rsid w:val="0013540A"/>
    <w:rsid w:val="00136888"/>
    <w:rsid w:val="001369B4"/>
    <w:rsid w:val="00140699"/>
    <w:rsid w:val="00141A6F"/>
    <w:rsid w:val="00142095"/>
    <w:rsid w:val="00143CF8"/>
    <w:rsid w:val="0014431D"/>
    <w:rsid w:val="00145E1F"/>
    <w:rsid w:val="00146C4C"/>
    <w:rsid w:val="00147542"/>
    <w:rsid w:val="001515B0"/>
    <w:rsid w:val="0015186C"/>
    <w:rsid w:val="001530A9"/>
    <w:rsid w:val="00155215"/>
    <w:rsid w:val="00156D6E"/>
    <w:rsid w:val="0015786D"/>
    <w:rsid w:val="00160244"/>
    <w:rsid w:val="00160B5D"/>
    <w:rsid w:val="001625FA"/>
    <w:rsid w:val="0016730B"/>
    <w:rsid w:val="0017100E"/>
    <w:rsid w:val="0017525E"/>
    <w:rsid w:val="00175D4F"/>
    <w:rsid w:val="0017630B"/>
    <w:rsid w:val="0017699D"/>
    <w:rsid w:val="00180708"/>
    <w:rsid w:val="001830D5"/>
    <w:rsid w:val="00183D17"/>
    <w:rsid w:val="00183DAB"/>
    <w:rsid w:val="00183EB7"/>
    <w:rsid w:val="001841FC"/>
    <w:rsid w:val="001846CC"/>
    <w:rsid w:val="00187BA5"/>
    <w:rsid w:val="001A0478"/>
    <w:rsid w:val="001A195E"/>
    <w:rsid w:val="001A3785"/>
    <w:rsid w:val="001A44D3"/>
    <w:rsid w:val="001A4B44"/>
    <w:rsid w:val="001A5F42"/>
    <w:rsid w:val="001B171C"/>
    <w:rsid w:val="001B20AA"/>
    <w:rsid w:val="001B5F84"/>
    <w:rsid w:val="001B6C34"/>
    <w:rsid w:val="001B7055"/>
    <w:rsid w:val="001B76DE"/>
    <w:rsid w:val="001C1AF0"/>
    <w:rsid w:val="001C304A"/>
    <w:rsid w:val="001C3B75"/>
    <w:rsid w:val="001C5DF4"/>
    <w:rsid w:val="001C69EB"/>
    <w:rsid w:val="001D065B"/>
    <w:rsid w:val="001D22D8"/>
    <w:rsid w:val="001D5767"/>
    <w:rsid w:val="001D63A2"/>
    <w:rsid w:val="001D6CC4"/>
    <w:rsid w:val="001D7A16"/>
    <w:rsid w:val="001D7BA6"/>
    <w:rsid w:val="001D7DEC"/>
    <w:rsid w:val="001D7DEF"/>
    <w:rsid w:val="001E0397"/>
    <w:rsid w:val="001E06A5"/>
    <w:rsid w:val="001E2AA3"/>
    <w:rsid w:val="001E2E55"/>
    <w:rsid w:val="001E3A84"/>
    <w:rsid w:val="001F0798"/>
    <w:rsid w:val="001F0E9C"/>
    <w:rsid w:val="001F7D06"/>
    <w:rsid w:val="00202E7E"/>
    <w:rsid w:val="00204868"/>
    <w:rsid w:val="00204A09"/>
    <w:rsid w:val="00204E29"/>
    <w:rsid w:val="002118DE"/>
    <w:rsid w:val="00211C5C"/>
    <w:rsid w:val="0021306F"/>
    <w:rsid w:val="002130A6"/>
    <w:rsid w:val="0021322F"/>
    <w:rsid w:val="00213587"/>
    <w:rsid w:val="00214062"/>
    <w:rsid w:val="00214156"/>
    <w:rsid w:val="00220782"/>
    <w:rsid w:val="00222BE7"/>
    <w:rsid w:val="002251A4"/>
    <w:rsid w:val="0022531B"/>
    <w:rsid w:val="00230672"/>
    <w:rsid w:val="00231DEE"/>
    <w:rsid w:val="002324C6"/>
    <w:rsid w:val="00234590"/>
    <w:rsid w:val="0023532C"/>
    <w:rsid w:val="00237603"/>
    <w:rsid w:val="00237D48"/>
    <w:rsid w:val="00241073"/>
    <w:rsid w:val="00241076"/>
    <w:rsid w:val="002422AC"/>
    <w:rsid w:val="002423FA"/>
    <w:rsid w:val="00242EC1"/>
    <w:rsid w:val="00243183"/>
    <w:rsid w:val="002432EE"/>
    <w:rsid w:val="00245453"/>
    <w:rsid w:val="00245FD9"/>
    <w:rsid w:val="00246090"/>
    <w:rsid w:val="0025127A"/>
    <w:rsid w:val="00253AF5"/>
    <w:rsid w:val="00254D7A"/>
    <w:rsid w:val="00256ADE"/>
    <w:rsid w:val="00260CFC"/>
    <w:rsid w:val="00260DDF"/>
    <w:rsid w:val="0026367A"/>
    <w:rsid w:val="00263EDF"/>
    <w:rsid w:val="0026572D"/>
    <w:rsid w:val="00265B9B"/>
    <w:rsid w:val="00266CAC"/>
    <w:rsid w:val="00267269"/>
    <w:rsid w:val="0027138E"/>
    <w:rsid w:val="0027233E"/>
    <w:rsid w:val="0027352F"/>
    <w:rsid w:val="00274817"/>
    <w:rsid w:val="002772F5"/>
    <w:rsid w:val="00280A7C"/>
    <w:rsid w:val="002823BD"/>
    <w:rsid w:val="002844B2"/>
    <w:rsid w:val="0028490C"/>
    <w:rsid w:val="002849FA"/>
    <w:rsid w:val="00284E45"/>
    <w:rsid w:val="00286172"/>
    <w:rsid w:val="0028728C"/>
    <w:rsid w:val="00287A5C"/>
    <w:rsid w:val="002926E3"/>
    <w:rsid w:val="002929CE"/>
    <w:rsid w:val="00295421"/>
    <w:rsid w:val="00295BAC"/>
    <w:rsid w:val="002964E7"/>
    <w:rsid w:val="0029650A"/>
    <w:rsid w:val="0029761E"/>
    <w:rsid w:val="00297FED"/>
    <w:rsid w:val="002A56B7"/>
    <w:rsid w:val="002A62B1"/>
    <w:rsid w:val="002A65C5"/>
    <w:rsid w:val="002A799F"/>
    <w:rsid w:val="002B29B3"/>
    <w:rsid w:val="002B4718"/>
    <w:rsid w:val="002B4772"/>
    <w:rsid w:val="002B55F7"/>
    <w:rsid w:val="002B7105"/>
    <w:rsid w:val="002B7245"/>
    <w:rsid w:val="002C0A86"/>
    <w:rsid w:val="002C0EBB"/>
    <w:rsid w:val="002C2512"/>
    <w:rsid w:val="002C2596"/>
    <w:rsid w:val="002C7687"/>
    <w:rsid w:val="002D0063"/>
    <w:rsid w:val="002D1579"/>
    <w:rsid w:val="002D1B05"/>
    <w:rsid w:val="002D2304"/>
    <w:rsid w:val="002D42AD"/>
    <w:rsid w:val="002D4787"/>
    <w:rsid w:val="002D64ED"/>
    <w:rsid w:val="002E152F"/>
    <w:rsid w:val="002E1A03"/>
    <w:rsid w:val="002E29CA"/>
    <w:rsid w:val="002E3448"/>
    <w:rsid w:val="002E3F77"/>
    <w:rsid w:val="002E4D74"/>
    <w:rsid w:val="002E6577"/>
    <w:rsid w:val="002F0609"/>
    <w:rsid w:val="002F3737"/>
    <w:rsid w:val="002F4754"/>
    <w:rsid w:val="002F7F14"/>
    <w:rsid w:val="00301C2B"/>
    <w:rsid w:val="0030213D"/>
    <w:rsid w:val="00302816"/>
    <w:rsid w:val="003037D5"/>
    <w:rsid w:val="00304A96"/>
    <w:rsid w:val="00304E4F"/>
    <w:rsid w:val="00307389"/>
    <w:rsid w:val="003104F4"/>
    <w:rsid w:val="0031172C"/>
    <w:rsid w:val="00312A23"/>
    <w:rsid w:val="003141AC"/>
    <w:rsid w:val="003142E8"/>
    <w:rsid w:val="003147B0"/>
    <w:rsid w:val="003159E9"/>
    <w:rsid w:val="00316E65"/>
    <w:rsid w:val="003211BD"/>
    <w:rsid w:val="003215B7"/>
    <w:rsid w:val="00321809"/>
    <w:rsid w:val="00322400"/>
    <w:rsid w:val="00323AE5"/>
    <w:rsid w:val="003252D2"/>
    <w:rsid w:val="003252EE"/>
    <w:rsid w:val="003258C1"/>
    <w:rsid w:val="00326317"/>
    <w:rsid w:val="00327DBC"/>
    <w:rsid w:val="00331C4C"/>
    <w:rsid w:val="003328EF"/>
    <w:rsid w:val="00332AEB"/>
    <w:rsid w:val="00333302"/>
    <w:rsid w:val="00333EF8"/>
    <w:rsid w:val="00337314"/>
    <w:rsid w:val="003379EF"/>
    <w:rsid w:val="003418F7"/>
    <w:rsid w:val="0034647A"/>
    <w:rsid w:val="00346632"/>
    <w:rsid w:val="00351BCB"/>
    <w:rsid w:val="00351E1F"/>
    <w:rsid w:val="00353B36"/>
    <w:rsid w:val="0035673D"/>
    <w:rsid w:val="003577BF"/>
    <w:rsid w:val="00357A9F"/>
    <w:rsid w:val="00357B2F"/>
    <w:rsid w:val="0036027D"/>
    <w:rsid w:val="00364C92"/>
    <w:rsid w:val="003666CD"/>
    <w:rsid w:val="00372CBE"/>
    <w:rsid w:val="00372E00"/>
    <w:rsid w:val="0038103E"/>
    <w:rsid w:val="00381CB7"/>
    <w:rsid w:val="003822FB"/>
    <w:rsid w:val="00382D7F"/>
    <w:rsid w:val="00385580"/>
    <w:rsid w:val="0038624F"/>
    <w:rsid w:val="00386C7A"/>
    <w:rsid w:val="003900BB"/>
    <w:rsid w:val="00392C86"/>
    <w:rsid w:val="003964C0"/>
    <w:rsid w:val="00397FC1"/>
    <w:rsid w:val="003A16E5"/>
    <w:rsid w:val="003A2345"/>
    <w:rsid w:val="003A2E3F"/>
    <w:rsid w:val="003A49C6"/>
    <w:rsid w:val="003A644A"/>
    <w:rsid w:val="003A660F"/>
    <w:rsid w:val="003A6B94"/>
    <w:rsid w:val="003A6DCF"/>
    <w:rsid w:val="003B07DD"/>
    <w:rsid w:val="003B09DD"/>
    <w:rsid w:val="003B25AD"/>
    <w:rsid w:val="003B2F10"/>
    <w:rsid w:val="003B456A"/>
    <w:rsid w:val="003B53A5"/>
    <w:rsid w:val="003B629C"/>
    <w:rsid w:val="003C403B"/>
    <w:rsid w:val="003D08E6"/>
    <w:rsid w:val="003D4471"/>
    <w:rsid w:val="003D50C6"/>
    <w:rsid w:val="003D53A9"/>
    <w:rsid w:val="003D7748"/>
    <w:rsid w:val="003D7E17"/>
    <w:rsid w:val="003E25C3"/>
    <w:rsid w:val="003E30B2"/>
    <w:rsid w:val="003E4786"/>
    <w:rsid w:val="003E497D"/>
    <w:rsid w:val="003E4CA0"/>
    <w:rsid w:val="003E5811"/>
    <w:rsid w:val="003E58A6"/>
    <w:rsid w:val="003E7A78"/>
    <w:rsid w:val="003F01BF"/>
    <w:rsid w:val="003F16C5"/>
    <w:rsid w:val="003F518A"/>
    <w:rsid w:val="003F7F51"/>
    <w:rsid w:val="00403349"/>
    <w:rsid w:val="0040392F"/>
    <w:rsid w:val="004046B7"/>
    <w:rsid w:val="004103A5"/>
    <w:rsid w:val="004108A9"/>
    <w:rsid w:val="00410DEE"/>
    <w:rsid w:val="004123BF"/>
    <w:rsid w:val="004124DB"/>
    <w:rsid w:val="004132FB"/>
    <w:rsid w:val="0041564A"/>
    <w:rsid w:val="00415C38"/>
    <w:rsid w:val="00416E85"/>
    <w:rsid w:val="00417F07"/>
    <w:rsid w:val="004213D2"/>
    <w:rsid w:val="0042178B"/>
    <w:rsid w:val="004219DE"/>
    <w:rsid w:val="00422A19"/>
    <w:rsid w:val="0042383A"/>
    <w:rsid w:val="004321EF"/>
    <w:rsid w:val="0043291C"/>
    <w:rsid w:val="00433CAB"/>
    <w:rsid w:val="00435B4A"/>
    <w:rsid w:val="00435D1E"/>
    <w:rsid w:val="0043679C"/>
    <w:rsid w:val="00437054"/>
    <w:rsid w:val="0043779C"/>
    <w:rsid w:val="00437820"/>
    <w:rsid w:val="00440202"/>
    <w:rsid w:val="00444BA9"/>
    <w:rsid w:val="00446A5E"/>
    <w:rsid w:val="00450041"/>
    <w:rsid w:val="00450917"/>
    <w:rsid w:val="00451CF1"/>
    <w:rsid w:val="00451F7A"/>
    <w:rsid w:val="004559F2"/>
    <w:rsid w:val="00455DC1"/>
    <w:rsid w:val="00456BB2"/>
    <w:rsid w:val="0046004B"/>
    <w:rsid w:val="00461142"/>
    <w:rsid w:val="00461F32"/>
    <w:rsid w:val="00462075"/>
    <w:rsid w:val="00463F32"/>
    <w:rsid w:val="0047151D"/>
    <w:rsid w:val="00471597"/>
    <w:rsid w:val="004729FC"/>
    <w:rsid w:val="004778D0"/>
    <w:rsid w:val="00480648"/>
    <w:rsid w:val="00481AAF"/>
    <w:rsid w:val="00483C8E"/>
    <w:rsid w:val="00486A73"/>
    <w:rsid w:val="00487EF4"/>
    <w:rsid w:val="00491104"/>
    <w:rsid w:val="00492C77"/>
    <w:rsid w:val="0049374E"/>
    <w:rsid w:val="0049376F"/>
    <w:rsid w:val="00494CCA"/>
    <w:rsid w:val="00497430"/>
    <w:rsid w:val="004A1245"/>
    <w:rsid w:val="004A1C9E"/>
    <w:rsid w:val="004A1D2B"/>
    <w:rsid w:val="004A26E4"/>
    <w:rsid w:val="004A487A"/>
    <w:rsid w:val="004A5E24"/>
    <w:rsid w:val="004B127E"/>
    <w:rsid w:val="004B4A9C"/>
    <w:rsid w:val="004B4F0C"/>
    <w:rsid w:val="004B6B80"/>
    <w:rsid w:val="004B7A04"/>
    <w:rsid w:val="004C047E"/>
    <w:rsid w:val="004C5E10"/>
    <w:rsid w:val="004C7E89"/>
    <w:rsid w:val="004D152F"/>
    <w:rsid w:val="004D1767"/>
    <w:rsid w:val="004D4481"/>
    <w:rsid w:val="004E11D4"/>
    <w:rsid w:val="004E559C"/>
    <w:rsid w:val="004F3148"/>
    <w:rsid w:val="004F33B0"/>
    <w:rsid w:val="004F3562"/>
    <w:rsid w:val="004F4B87"/>
    <w:rsid w:val="004F4E07"/>
    <w:rsid w:val="004F66E2"/>
    <w:rsid w:val="00503890"/>
    <w:rsid w:val="00505A78"/>
    <w:rsid w:val="005107F3"/>
    <w:rsid w:val="00511868"/>
    <w:rsid w:val="00512822"/>
    <w:rsid w:val="00520203"/>
    <w:rsid w:val="005249C5"/>
    <w:rsid w:val="005251E7"/>
    <w:rsid w:val="005311E8"/>
    <w:rsid w:val="00533109"/>
    <w:rsid w:val="00536E1C"/>
    <w:rsid w:val="00537B3A"/>
    <w:rsid w:val="005415E2"/>
    <w:rsid w:val="00543331"/>
    <w:rsid w:val="00543422"/>
    <w:rsid w:val="00543C6F"/>
    <w:rsid w:val="00544902"/>
    <w:rsid w:val="005456E5"/>
    <w:rsid w:val="0054789A"/>
    <w:rsid w:val="00550F46"/>
    <w:rsid w:val="005527AE"/>
    <w:rsid w:val="005537D4"/>
    <w:rsid w:val="00555451"/>
    <w:rsid w:val="00555A72"/>
    <w:rsid w:val="00555DEC"/>
    <w:rsid w:val="00555F43"/>
    <w:rsid w:val="005620B7"/>
    <w:rsid w:val="005632D4"/>
    <w:rsid w:val="005640B0"/>
    <w:rsid w:val="00564794"/>
    <w:rsid w:val="00565648"/>
    <w:rsid w:val="00566619"/>
    <w:rsid w:val="0056746C"/>
    <w:rsid w:val="00570458"/>
    <w:rsid w:val="00571FC1"/>
    <w:rsid w:val="005732F4"/>
    <w:rsid w:val="0057510C"/>
    <w:rsid w:val="00575305"/>
    <w:rsid w:val="00576EF8"/>
    <w:rsid w:val="00577258"/>
    <w:rsid w:val="0058084E"/>
    <w:rsid w:val="0058498A"/>
    <w:rsid w:val="00584E3E"/>
    <w:rsid w:val="005857AC"/>
    <w:rsid w:val="005874BC"/>
    <w:rsid w:val="005904D7"/>
    <w:rsid w:val="005923A7"/>
    <w:rsid w:val="005942E9"/>
    <w:rsid w:val="005948B1"/>
    <w:rsid w:val="00596506"/>
    <w:rsid w:val="005A0ECE"/>
    <w:rsid w:val="005A3263"/>
    <w:rsid w:val="005A3FCE"/>
    <w:rsid w:val="005A4F4F"/>
    <w:rsid w:val="005A5179"/>
    <w:rsid w:val="005A522B"/>
    <w:rsid w:val="005A65B3"/>
    <w:rsid w:val="005B1D4C"/>
    <w:rsid w:val="005B43DF"/>
    <w:rsid w:val="005B4CE7"/>
    <w:rsid w:val="005B516E"/>
    <w:rsid w:val="005B60DC"/>
    <w:rsid w:val="005B7827"/>
    <w:rsid w:val="005B7A5B"/>
    <w:rsid w:val="005B7B1E"/>
    <w:rsid w:val="005C28E5"/>
    <w:rsid w:val="005C31C3"/>
    <w:rsid w:val="005C3F4F"/>
    <w:rsid w:val="005C7DC2"/>
    <w:rsid w:val="005D030B"/>
    <w:rsid w:val="005D157B"/>
    <w:rsid w:val="005D1586"/>
    <w:rsid w:val="005D32DE"/>
    <w:rsid w:val="005D4D78"/>
    <w:rsid w:val="005D6785"/>
    <w:rsid w:val="005E0A85"/>
    <w:rsid w:val="005E0C75"/>
    <w:rsid w:val="005E13CF"/>
    <w:rsid w:val="005E175B"/>
    <w:rsid w:val="005E2DA4"/>
    <w:rsid w:val="005E3DD1"/>
    <w:rsid w:val="005E3F22"/>
    <w:rsid w:val="005E544C"/>
    <w:rsid w:val="005E5C8D"/>
    <w:rsid w:val="005E6BA2"/>
    <w:rsid w:val="005E6EDF"/>
    <w:rsid w:val="005E7571"/>
    <w:rsid w:val="005F1D38"/>
    <w:rsid w:val="005F261C"/>
    <w:rsid w:val="005F4895"/>
    <w:rsid w:val="006024D5"/>
    <w:rsid w:val="00604A46"/>
    <w:rsid w:val="00612503"/>
    <w:rsid w:val="0061338A"/>
    <w:rsid w:val="00615B0B"/>
    <w:rsid w:val="006162F1"/>
    <w:rsid w:val="00622112"/>
    <w:rsid w:val="0062558B"/>
    <w:rsid w:val="00625F06"/>
    <w:rsid w:val="006263A0"/>
    <w:rsid w:val="0062686D"/>
    <w:rsid w:val="006272E9"/>
    <w:rsid w:val="00631D28"/>
    <w:rsid w:val="006323E3"/>
    <w:rsid w:val="006370C5"/>
    <w:rsid w:val="006377E0"/>
    <w:rsid w:val="0064073F"/>
    <w:rsid w:val="00640A5B"/>
    <w:rsid w:val="006412A5"/>
    <w:rsid w:val="00642779"/>
    <w:rsid w:val="00642FA7"/>
    <w:rsid w:val="0064306C"/>
    <w:rsid w:val="00643425"/>
    <w:rsid w:val="00643562"/>
    <w:rsid w:val="00644A29"/>
    <w:rsid w:val="00644D8B"/>
    <w:rsid w:val="00645EAC"/>
    <w:rsid w:val="00650BC7"/>
    <w:rsid w:val="00652728"/>
    <w:rsid w:val="00653A00"/>
    <w:rsid w:val="0065425F"/>
    <w:rsid w:val="00656FE7"/>
    <w:rsid w:val="006618FA"/>
    <w:rsid w:val="00664203"/>
    <w:rsid w:val="00664CF1"/>
    <w:rsid w:val="00665201"/>
    <w:rsid w:val="006758A3"/>
    <w:rsid w:val="00676052"/>
    <w:rsid w:val="00676D35"/>
    <w:rsid w:val="00680911"/>
    <w:rsid w:val="006825B7"/>
    <w:rsid w:val="00683070"/>
    <w:rsid w:val="0068320F"/>
    <w:rsid w:val="00684DA4"/>
    <w:rsid w:val="006856C3"/>
    <w:rsid w:val="00685773"/>
    <w:rsid w:val="0068592D"/>
    <w:rsid w:val="00686488"/>
    <w:rsid w:val="006864C4"/>
    <w:rsid w:val="00686788"/>
    <w:rsid w:val="00686A00"/>
    <w:rsid w:val="00686BEC"/>
    <w:rsid w:val="0068717A"/>
    <w:rsid w:val="00687909"/>
    <w:rsid w:val="00692A94"/>
    <w:rsid w:val="00692FE0"/>
    <w:rsid w:val="00693106"/>
    <w:rsid w:val="006A0275"/>
    <w:rsid w:val="006A1B61"/>
    <w:rsid w:val="006A5081"/>
    <w:rsid w:val="006A5E84"/>
    <w:rsid w:val="006A74E1"/>
    <w:rsid w:val="006A7A57"/>
    <w:rsid w:val="006B01DB"/>
    <w:rsid w:val="006B028A"/>
    <w:rsid w:val="006B059F"/>
    <w:rsid w:val="006B0C3C"/>
    <w:rsid w:val="006B2B3D"/>
    <w:rsid w:val="006B3C89"/>
    <w:rsid w:val="006C1D3A"/>
    <w:rsid w:val="006C1D40"/>
    <w:rsid w:val="006C2756"/>
    <w:rsid w:val="006C2862"/>
    <w:rsid w:val="006C2F4C"/>
    <w:rsid w:val="006C3885"/>
    <w:rsid w:val="006C3B26"/>
    <w:rsid w:val="006C47FF"/>
    <w:rsid w:val="006C5CFC"/>
    <w:rsid w:val="006D1604"/>
    <w:rsid w:val="006D315C"/>
    <w:rsid w:val="006D3D19"/>
    <w:rsid w:val="006D548D"/>
    <w:rsid w:val="006D555B"/>
    <w:rsid w:val="006D632E"/>
    <w:rsid w:val="006E0001"/>
    <w:rsid w:val="006E0D86"/>
    <w:rsid w:val="006E49ED"/>
    <w:rsid w:val="006E5AEB"/>
    <w:rsid w:val="006E7E5C"/>
    <w:rsid w:val="006F013A"/>
    <w:rsid w:val="006F0EB0"/>
    <w:rsid w:val="006F1092"/>
    <w:rsid w:val="006F190F"/>
    <w:rsid w:val="006F4ADD"/>
    <w:rsid w:val="006F6F7C"/>
    <w:rsid w:val="006F7488"/>
    <w:rsid w:val="006F7615"/>
    <w:rsid w:val="007007BE"/>
    <w:rsid w:val="00701BB7"/>
    <w:rsid w:val="00702983"/>
    <w:rsid w:val="00703A8E"/>
    <w:rsid w:val="00703EA2"/>
    <w:rsid w:val="00704030"/>
    <w:rsid w:val="0070791F"/>
    <w:rsid w:val="007079AD"/>
    <w:rsid w:val="00707BD7"/>
    <w:rsid w:val="0071178B"/>
    <w:rsid w:val="007136C4"/>
    <w:rsid w:val="00714C0E"/>
    <w:rsid w:val="0071584C"/>
    <w:rsid w:val="007162A5"/>
    <w:rsid w:val="007163A0"/>
    <w:rsid w:val="00716CAB"/>
    <w:rsid w:val="0071745D"/>
    <w:rsid w:val="00720FD0"/>
    <w:rsid w:val="00723DEA"/>
    <w:rsid w:val="0072493A"/>
    <w:rsid w:val="00726FDB"/>
    <w:rsid w:val="007277AF"/>
    <w:rsid w:val="00731DFB"/>
    <w:rsid w:val="00731F0A"/>
    <w:rsid w:val="00732755"/>
    <w:rsid w:val="00733EA2"/>
    <w:rsid w:val="00733F60"/>
    <w:rsid w:val="007363BF"/>
    <w:rsid w:val="007365CD"/>
    <w:rsid w:val="0074010C"/>
    <w:rsid w:val="007419B0"/>
    <w:rsid w:val="007426E8"/>
    <w:rsid w:val="0074350F"/>
    <w:rsid w:val="00744F61"/>
    <w:rsid w:val="00750CDA"/>
    <w:rsid w:val="00753BEB"/>
    <w:rsid w:val="00754A33"/>
    <w:rsid w:val="00755CB0"/>
    <w:rsid w:val="00757651"/>
    <w:rsid w:val="007576C0"/>
    <w:rsid w:val="00757AA8"/>
    <w:rsid w:val="007619F6"/>
    <w:rsid w:val="00766D63"/>
    <w:rsid w:val="00766E68"/>
    <w:rsid w:val="00767783"/>
    <w:rsid w:val="00767CAA"/>
    <w:rsid w:val="00767EC3"/>
    <w:rsid w:val="007721F2"/>
    <w:rsid w:val="0077270D"/>
    <w:rsid w:val="007755EE"/>
    <w:rsid w:val="00775730"/>
    <w:rsid w:val="00776E7D"/>
    <w:rsid w:val="00777772"/>
    <w:rsid w:val="00780F15"/>
    <w:rsid w:val="00785BBC"/>
    <w:rsid w:val="007871B4"/>
    <w:rsid w:val="007946FD"/>
    <w:rsid w:val="00796049"/>
    <w:rsid w:val="00796C8D"/>
    <w:rsid w:val="00796F68"/>
    <w:rsid w:val="007A0D9A"/>
    <w:rsid w:val="007A0F68"/>
    <w:rsid w:val="007A5C5C"/>
    <w:rsid w:val="007A5F06"/>
    <w:rsid w:val="007A7221"/>
    <w:rsid w:val="007A73AF"/>
    <w:rsid w:val="007B1152"/>
    <w:rsid w:val="007B1214"/>
    <w:rsid w:val="007B179E"/>
    <w:rsid w:val="007B6096"/>
    <w:rsid w:val="007B7182"/>
    <w:rsid w:val="007B767C"/>
    <w:rsid w:val="007C411B"/>
    <w:rsid w:val="007C4B70"/>
    <w:rsid w:val="007C542B"/>
    <w:rsid w:val="007D4DBC"/>
    <w:rsid w:val="007D62E2"/>
    <w:rsid w:val="007E310D"/>
    <w:rsid w:val="007E385D"/>
    <w:rsid w:val="007E4EB5"/>
    <w:rsid w:val="007E53C6"/>
    <w:rsid w:val="007E7CE3"/>
    <w:rsid w:val="007F0DD8"/>
    <w:rsid w:val="007F3489"/>
    <w:rsid w:val="007F7D01"/>
    <w:rsid w:val="00801E1A"/>
    <w:rsid w:val="00803BA8"/>
    <w:rsid w:val="0080438D"/>
    <w:rsid w:val="008044F0"/>
    <w:rsid w:val="00804C1B"/>
    <w:rsid w:val="00806064"/>
    <w:rsid w:val="00806429"/>
    <w:rsid w:val="00811806"/>
    <w:rsid w:val="00812956"/>
    <w:rsid w:val="00813202"/>
    <w:rsid w:val="00814497"/>
    <w:rsid w:val="00815040"/>
    <w:rsid w:val="008153F1"/>
    <w:rsid w:val="0081585F"/>
    <w:rsid w:val="00817489"/>
    <w:rsid w:val="008178D7"/>
    <w:rsid w:val="0081795D"/>
    <w:rsid w:val="00821185"/>
    <w:rsid w:val="00821C57"/>
    <w:rsid w:val="008223FC"/>
    <w:rsid w:val="008227EB"/>
    <w:rsid w:val="00823020"/>
    <w:rsid w:val="00823336"/>
    <w:rsid w:val="00823508"/>
    <w:rsid w:val="0082473A"/>
    <w:rsid w:val="0082597B"/>
    <w:rsid w:val="008272BD"/>
    <w:rsid w:val="00827BA6"/>
    <w:rsid w:val="00833835"/>
    <w:rsid w:val="00835DED"/>
    <w:rsid w:val="00841BCF"/>
    <w:rsid w:val="00842C6A"/>
    <w:rsid w:val="008450C1"/>
    <w:rsid w:val="00845541"/>
    <w:rsid w:val="00851BAF"/>
    <w:rsid w:val="00851FFA"/>
    <w:rsid w:val="00853D2C"/>
    <w:rsid w:val="00856010"/>
    <w:rsid w:val="00857449"/>
    <w:rsid w:val="0086021F"/>
    <w:rsid w:val="00860F60"/>
    <w:rsid w:val="00860FD4"/>
    <w:rsid w:val="008619B2"/>
    <w:rsid w:val="00862262"/>
    <w:rsid w:val="008625CD"/>
    <w:rsid w:val="00862BDA"/>
    <w:rsid w:val="00864B26"/>
    <w:rsid w:val="00864BBB"/>
    <w:rsid w:val="00864D3E"/>
    <w:rsid w:val="00866CA5"/>
    <w:rsid w:val="00867A2E"/>
    <w:rsid w:val="008738B1"/>
    <w:rsid w:val="00876AE6"/>
    <w:rsid w:val="00877554"/>
    <w:rsid w:val="0088045E"/>
    <w:rsid w:val="008809F3"/>
    <w:rsid w:val="00881E61"/>
    <w:rsid w:val="008835D3"/>
    <w:rsid w:val="00883A65"/>
    <w:rsid w:val="00885822"/>
    <w:rsid w:val="0088754B"/>
    <w:rsid w:val="00887A79"/>
    <w:rsid w:val="008908A2"/>
    <w:rsid w:val="008915D6"/>
    <w:rsid w:val="008922BE"/>
    <w:rsid w:val="008945EB"/>
    <w:rsid w:val="00894F21"/>
    <w:rsid w:val="00895E46"/>
    <w:rsid w:val="00896EB6"/>
    <w:rsid w:val="008A022C"/>
    <w:rsid w:val="008A20F1"/>
    <w:rsid w:val="008A4F9E"/>
    <w:rsid w:val="008A5D68"/>
    <w:rsid w:val="008A77C5"/>
    <w:rsid w:val="008A7F40"/>
    <w:rsid w:val="008B00D1"/>
    <w:rsid w:val="008B012E"/>
    <w:rsid w:val="008B0761"/>
    <w:rsid w:val="008B2C34"/>
    <w:rsid w:val="008B2ECA"/>
    <w:rsid w:val="008B407B"/>
    <w:rsid w:val="008B62DF"/>
    <w:rsid w:val="008B651E"/>
    <w:rsid w:val="008B715F"/>
    <w:rsid w:val="008C0600"/>
    <w:rsid w:val="008C0FC1"/>
    <w:rsid w:val="008C147F"/>
    <w:rsid w:val="008C1523"/>
    <w:rsid w:val="008C3252"/>
    <w:rsid w:val="008C5A8D"/>
    <w:rsid w:val="008C634A"/>
    <w:rsid w:val="008C7C09"/>
    <w:rsid w:val="008D1102"/>
    <w:rsid w:val="008D2A82"/>
    <w:rsid w:val="008D3785"/>
    <w:rsid w:val="008D5BD4"/>
    <w:rsid w:val="008D5EFE"/>
    <w:rsid w:val="008D7946"/>
    <w:rsid w:val="008E1281"/>
    <w:rsid w:val="008E13D2"/>
    <w:rsid w:val="008E3891"/>
    <w:rsid w:val="008E4C95"/>
    <w:rsid w:val="008E4EBA"/>
    <w:rsid w:val="008E5326"/>
    <w:rsid w:val="008E5B38"/>
    <w:rsid w:val="008F1526"/>
    <w:rsid w:val="008F3A9A"/>
    <w:rsid w:val="008F78FF"/>
    <w:rsid w:val="009007B5"/>
    <w:rsid w:val="00900EB4"/>
    <w:rsid w:val="009010D8"/>
    <w:rsid w:val="009012A9"/>
    <w:rsid w:val="0090150E"/>
    <w:rsid w:val="00904A4E"/>
    <w:rsid w:val="00904EE4"/>
    <w:rsid w:val="009056A3"/>
    <w:rsid w:val="00907EFC"/>
    <w:rsid w:val="009104B2"/>
    <w:rsid w:val="00910949"/>
    <w:rsid w:val="00912146"/>
    <w:rsid w:val="009136CB"/>
    <w:rsid w:val="0091430E"/>
    <w:rsid w:val="00914CA9"/>
    <w:rsid w:val="009156A6"/>
    <w:rsid w:val="00917D41"/>
    <w:rsid w:val="00920B7A"/>
    <w:rsid w:val="00921ACC"/>
    <w:rsid w:val="00921F5E"/>
    <w:rsid w:val="009229B4"/>
    <w:rsid w:val="009244C4"/>
    <w:rsid w:val="0092510A"/>
    <w:rsid w:val="00925A12"/>
    <w:rsid w:val="00930CBB"/>
    <w:rsid w:val="009318A6"/>
    <w:rsid w:val="00933F5A"/>
    <w:rsid w:val="009365CF"/>
    <w:rsid w:val="009372AC"/>
    <w:rsid w:val="009374B2"/>
    <w:rsid w:val="00937D84"/>
    <w:rsid w:val="00937E64"/>
    <w:rsid w:val="009424DE"/>
    <w:rsid w:val="00942D78"/>
    <w:rsid w:val="00943055"/>
    <w:rsid w:val="00943944"/>
    <w:rsid w:val="009448EB"/>
    <w:rsid w:val="0095334B"/>
    <w:rsid w:val="009536C4"/>
    <w:rsid w:val="00953DB8"/>
    <w:rsid w:val="0095438E"/>
    <w:rsid w:val="00954A70"/>
    <w:rsid w:val="00955AA0"/>
    <w:rsid w:val="00956000"/>
    <w:rsid w:val="00956FDB"/>
    <w:rsid w:val="00960AE3"/>
    <w:rsid w:val="00962A02"/>
    <w:rsid w:val="00966052"/>
    <w:rsid w:val="00971285"/>
    <w:rsid w:val="00975BDC"/>
    <w:rsid w:val="00976056"/>
    <w:rsid w:val="00976690"/>
    <w:rsid w:val="00977045"/>
    <w:rsid w:val="009770EF"/>
    <w:rsid w:val="00977392"/>
    <w:rsid w:val="00977C29"/>
    <w:rsid w:val="00980C03"/>
    <w:rsid w:val="00981072"/>
    <w:rsid w:val="0098471B"/>
    <w:rsid w:val="00987CB0"/>
    <w:rsid w:val="009916E5"/>
    <w:rsid w:val="00991B6B"/>
    <w:rsid w:val="00991FC1"/>
    <w:rsid w:val="0099272D"/>
    <w:rsid w:val="00993CF0"/>
    <w:rsid w:val="0099789A"/>
    <w:rsid w:val="00997BC1"/>
    <w:rsid w:val="009A1218"/>
    <w:rsid w:val="009A1A6D"/>
    <w:rsid w:val="009A1D81"/>
    <w:rsid w:val="009A2421"/>
    <w:rsid w:val="009A28B4"/>
    <w:rsid w:val="009A294F"/>
    <w:rsid w:val="009A36B4"/>
    <w:rsid w:val="009A3D7B"/>
    <w:rsid w:val="009A3F63"/>
    <w:rsid w:val="009A4712"/>
    <w:rsid w:val="009A51B3"/>
    <w:rsid w:val="009A610C"/>
    <w:rsid w:val="009A766D"/>
    <w:rsid w:val="009B02B5"/>
    <w:rsid w:val="009B088E"/>
    <w:rsid w:val="009B2480"/>
    <w:rsid w:val="009B33C4"/>
    <w:rsid w:val="009B4C97"/>
    <w:rsid w:val="009B5121"/>
    <w:rsid w:val="009B54E9"/>
    <w:rsid w:val="009B5741"/>
    <w:rsid w:val="009B5B8F"/>
    <w:rsid w:val="009B6088"/>
    <w:rsid w:val="009B6DAE"/>
    <w:rsid w:val="009C145B"/>
    <w:rsid w:val="009C28B5"/>
    <w:rsid w:val="009C39E4"/>
    <w:rsid w:val="009C43DB"/>
    <w:rsid w:val="009C4CB4"/>
    <w:rsid w:val="009C6217"/>
    <w:rsid w:val="009C6B54"/>
    <w:rsid w:val="009D0AA1"/>
    <w:rsid w:val="009D1095"/>
    <w:rsid w:val="009D1B01"/>
    <w:rsid w:val="009D2065"/>
    <w:rsid w:val="009D2EAC"/>
    <w:rsid w:val="009D380E"/>
    <w:rsid w:val="009E04C8"/>
    <w:rsid w:val="009E12D2"/>
    <w:rsid w:val="009E7E67"/>
    <w:rsid w:val="009F095B"/>
    <w:rsid w:val="009F23C4"/>
    <w:rsid w:val="009F25C2"/>
    <w:rsid w:val="009F38E8"/>
    <w:rsid w:val="009F561B"/>
    <w:rsid w:val="009F6CE1"/>
    <w:rsid w:val="009F72EF"/>
    <w:rsid w:val="009F7F82"/>
    <w:rsid w:val="00A026EB"/>
    <w:rsid w:val="00A04B2E"/>
    <w:rsid w:val="00A064C5"/>
    <w:rsid w:val="00A06897"/>
    <w:rsid w:val="00A069FB"/>
    <w:rsid w:val="00A07B4F"/>
    <w:rsid w:val="00A1366A"/>
    <w:rsid w:val="00A13C6A"/>
    <w:rsid w:val="00A14590"/>
    <w:rsid w:val="00A17D3E"/>
    <w:rsid w:val="00A232ED"/>
    <w:rsid w:val="00A23E12"/>
    <w:rsid w:val="00A23F4A"/>
    <w:rsid w:val="00A24262"/>
    <w:rsid w:val="00A259C0"/>
    <w:rsid w:val="00A25C61"/>
    <w:rsid w:val="00A3068A"/>
    <w:rsid w:val="00A31401"/>
    <w:rsid w:val="00A33870"/>
    <w:rsid w:val="00A340A4"/>
    <w:rsid w:val="00A37D07"/>
    <w:rsid w:val="00A42998"/>
    <w:rsid w:val="00A42CFA"/>
    <w:rsid w:val="00A44ACE"/>
    <w:rsid w:val="00A46052"/>
    <w:rsid w:val="00A479F1"/>
    <w:rsid w:val="00A47ED3"/>
    <w:rsid w:val="00A54B38"/>
    <w:rsid w:val="00A55317"/>
    <w:rsid w:val="00A57E9B"/>
    <w:rsid w:val="00A6003A"/>
    <w:rsid w:val="00A6046A"/>
    <w:rsid w:val="00A60BFE"/>
    <w:rsid w:val="00A62B05"/>
    <w:rsid w:val="00A6339D"/>
    <w:rsid w:val="00A63C48"/>
    <w:rsid w:val="00A64522"/>
    <w:rsid w:val="00A649D3"/>
    <w:rsid w:val="00A651BE"/>
    <w:rsid w:val="00A655BB"/>
    <w:rsid w:val="00A65668"/>
    <w:rsid w:val="00A6570F"/>
    <w:rsid w:val="00A67717"/>
    <w:rsid w:val="00A70B8E"/>
    <w:rsid w:val="00A71804"/>
    <w:rsid w:val="00A72452"/>
    <w:rsid w:val="00A73D55"/>
    <w:rsid w:val="00A76ADE"/>
    <w:rsid w:val="00A80D58"/>
    <w:rsid w:val="00A81195"/>
    <w:rsid w:val="00A814F7"/>
    <w:rsid w:val="00A82A3A"/>
    <w:rsid w:val="00A836BD"/>
    <w:rsid w:val="00A856EA"/>
    <w:rsid w:val="00A85CC2"/>
    <w:rsid w:val="00A861A7"/>
    <w:rsid w:val="00A873EE"/>
    <w:rsid w:val="00A87FE8"/>
    <w:rsid w:val="00A91C37"/>
    <w:rsid w:val="00A92361"/>
    <w:rsid w:val="00A94697"/>
    <w:rsid w:val="00A9480B"/>
    <w:rsid w:val="00A96421"/>
    <w:rsid w:val="00A971B1"/>
    <w:rsid w:val="00AA0002"/>
    <w:rsid w:val="00AA42FD"/>
    <w:rsid w:val="00AA46D2"/>
    <w:rsid w:val="00AA64FC"/>
    <w:rsid w:val="00AA6CF0"/>
    <w:rsid w:val="00AB15A8"/>
    <w:rsid w:val="00AB1DD5"/>
    <w:rsid w:val="00AB23A7"/>
    <w:rsid w:val="00AB2D39"/>
    <w:rsid w:val="00AB39FF"/>
    <w:rsid w:val="00AB519A"/>
    <w:rsid w:val="00AB5E18"/>
    <w:rsid w:val="00AB6A6D"/>
    <w:rsid w:val="00AB6E0A"/>
    <w:rsid w:val="00AB6EC4"/>
    <w:rsid w:val="00AC0A29"/>
    <w:rsid w:val="00AC137D"/>
    <w:rsid w:val="00AC2B43"/>
    <w:rsid w:val="00AC33FE"/>
    <w:rsid w:val="00AC3AE2"/>
    <w:rsid w:val="00AC51CC"/>
    <w:rsid w:val="00AC78E4"/>
    <w:rsid w:val="00AC7CB4"/>
    <w:rsid w:val="00AD00A1"/>
    <w:rsid w:val="00AD3D7A"/>
    <w:rsid w:val="00AD52F0"/>
    <w:rsid w:val="00AD6B38"/>
    <w:rsid w:val="00AD6C46"/>
    <w:rsid w:val="00AD6EBA"/>
    <w:rsid w:val="00AD6EC3"/>
    <w:rsid w:val="00AD6EF0"/>
    <w:rsid w:val="00AE1181"/>
    <w:rsid w:val="00AE35DF"/>
    <w:rsid w:val="00AE3721"/>
    <w:rsid w:val="00AE3873"/>
    <w:rsid w:val="00AE6760"/>
    <w:rsid w:val="00AE751C"/>
    <w:rsid w:val="00AF02C0"/>
    <w:rsid w:val="00AF0CBA"/>
    <w:rsid w:val="00AF0CFF"/>
    <w:rsid w:val="00AF19ED"/>
    <w:rsid w:val="00AF321F"/>
    <w:rsid w:val="00AF4C35"/>
    <w:rsid w:val="00AF6589"/>
    <w:rsid w:val="00AF79C7"/>
    <w:rsid w:val="00AF7D2B"/>
    <w:rsid w:val="00B03803"/>
    <w:rsid w:val="00B12A9A"/>
    <w:rsid w:val="00B13206"/>
    <w:rsid w:val="00B134B7"/>
    <w:rsid w:val="00B15ECA"/>
    <w:rsid w:val="00B16956"/>
    <w:rsid w:val="00B16F92"/>
    <w:rsid w:val="00B176FD"/>
    <w:rsid w:val="00B20B17"/>
    <w:rsid w:val="00B230EB"/>
    <w:rsid w:val="00B252D6"/>
    <w:rsid w:val="00B2630C"/>
    <w:rsid w:val="00B27305"/>
    <w:rsid w:val="00B31540"/>
    <w:rsid w:val="00B316E2"/>
    <w:rsid w:val="00B31ACA"/>
    <w:rsid w:val="00B32ACC"/>
    <w:rsid w:val="00B32B36"/>
    <w:rsid w:val="00B32DE3"/>
    <w:rsid w:val="00B34640"/>
    <w:rsid w:val="00B347B7"/>
    <w:rsid w:val="00B34BC6"/>
    <w:rsid w:val="00B36048"/>
    <w:rsid w:val="00B36C4F"/>
    <w:rsid w:val="00B4050F"/>
    <w:rsid w:val="00B4245A"/>
    <w:rsid w:val="00B42FFE"/>
    <w:rsid w:val="00B4398F"/>
    <w:rsid w:val="00B44CA7"/>
    <w:rsid w:val="00B46668"/>
    <w:rsid w:val="00B474CE"/>
    <w:rsid w:val="00B478C2"/>
    <w:rsid w:val="00B50BB1"/>
    <w:rsid w:val="00B51209"/>
    <w:rsid w:val="00B53369"/>
    <w:rsid w:val="00B558C4"/>
    <w:rsid w:val="00B630FE"/>
    <w:rsid w:val="00B63E30"/>
    <w:rsid w:val="00B63FAB"/>
    <w:rsid w:val="00B65DFC"/>
    <w:rsid w:val="00B661F2"/>
    <w:rsid w:val="00B6735A"/>
    <w:rsid w:val="00B67A1B"/>
    <w:rsid w:val="00B7210A"/>
    <w:rsid w:val="00B73257"/>
    <w:rsid w:val="00B7593A"/>
    <w:rsid w:val="00B76935"/>
    <w:rsid w:val="00B772FF"/>
    <w:rsid w:val="00B77588"/>
    <w:rsid w:val="00B8142E"/>
    <w:rsid w:val="00B83888"/>
    <w:rsid w:val="00B84722"/>
    <w:rsid w:val="00B85D56"/>
    <w:rsid w:val="00B87BFE"/>
    <w:rsid w:val="00B914FA"/>
    <w:rsid w:val="00B921DF"/>
    <w:rsid w:val="00B92DE6"/>
    <w:rsid w:val="00B938F2"/>
    <w:rsid w:val="00B94DDB"/>
    <w:rsid w:val="00B965C5"/>
    <w:rsid w:val="00B96726"/>
    <w:rsid w:val="00B969D8"/>
    <w:rsid w:val="00BA0798"/>
    <w:rsid w:val="00BA1376"/>
    <w:rsid w:val="00BA289D"/>
    <w:rsid w:val="00BA371E"/>
    <w:rsid w:val="00BA643F"/>
    <w:rsid w:val="00BA68AE"/>
    <w:rsid w:val="00BA7E78"/>
    <w:rsid w:val="00BB0170"/>
    <w:rsid w:val="00BB5C71"/>
    <w:rsid w:val="00BB605E"/>
    <w:rsid w:val="00BB6921"/>
    <w:rsid w:val="00BB6B28"/>
    <w:rsid w:val="00BB6F49"/>
    <w:rsid w:val="00BB7224"/>
    <w:rsid w:val="00BC071F"/>
    <w:rsid w:val="00BC15B1"/>
    <w:rsid w:val="00BC1DA3"/>
    <w:rsid w:val="00BC26E1"/>
    <w:rsid w:val="00BC2F2B"/>
    <w:rsid w:val="00BC34CF"/>
    <w:rsid w:val="00BC34DB"/>
    <w:rsid w:val="00BC4171"/>
    <w:rsid w:val="00BC50A6"/>
    <w:rsid w:val="00BC6608"/>
    <w:rsid w:val="00BD11CF"/>
    <w:rsid w:val="00BD1DD4"/>
    <w:rsid w:val="00BD29A0"/>
    <w:rsid w:val="00BD40BD"/>
    <w:rsid w:val="00BD7329"/>
    <w:rsid w:val="00BD76DA"/>
    <w:rsid w:val="00BD79B9"/>
    <w:rsid w:val="00BE01DE"/>
    <w:rsid w:val="00BE0209"/>
    <w:rsid w:val="00BE0467"/>
    <w:rsid w:val="00BE240C"/>
    <w:rsid w:val="00BE55F9"/>
    <w:rsid w:val="00BE5A29"/>
    <w:rsid w:val="00BE653B"/>
    <w:rsid w:val="00BE6B29"/>
    <w:rsid w:val="00BE7218"/>
    <w:rsid w:val="00BF0BEB"/>
    <w:rsid w:val="00BF22C3"/>
    <w:rsid w:val="00BF3D0A"/>
    <w:rsid w:val="00BF448B"/>
    <w:rsid w:val="00BF54CC"/>
    <w:rsid w:val="00BF648E"/>
    <w:rsid w:val="00BF72E6"/>
    <w:rsid w:val="00C00097"/>
    <w:rsid w:val="00C001E6"/>
    <w:rsid w:val="00C0074A"/>
    <w:rsid w:val="00C024F0"/>
    <w:rsid w:val="00C0252C"/>
    <w:rsid w:val="00C02735"/>
    <w:rsid w:val="00C02FB8"/>
    <w:rsid w:val="00C03A9B"/>
    <w:rsid w:val="00C03F42"/>
    <w:rsid w:val="00C043E6"/>
    <w:rsid w:val="00C059E2"/>
    <w:rsid w:val="00C102CE"/>
    <w:rsid w:val="00C10AC4"/>
    <w:rsid w:val="00C10BE6"/>
    <w:rsid w:val="00C12AAE"/>
    <w:rsid w:val="00C13F51"/>
    <w:rsid w:val="00C142C5"/>
    <w:rsid w:val="00C15F3F"/>
    <w:rsid w:val="00C20639"/>
    <w:rsid w:val="00C22903"/>
    <w:rsid w:val="00C23255"/>
    <w:rsid w:val="00C25FA7"/>
    <w:rsid w:val="00C2602B"/>
    <w:rsid w:val="00C26177"/>
    <w:rsid w:val="00C2629A"/>
    <w:rsid w:val="00C2676B"/>
    <w:rsid w:val="00C27365"/>
    <w:rsid w:val="00C31CCB"/>
    <w:rsid w:val="00C337A0"/>
    <w:rsid w:val="00C339DC"/>
    <w:rsid w:val="00C401F8"/>
    <w:rsid w:val="00C416AD"/>
    <w:rsid w:val="00C42D02"/>
    <w:rsid w:val="00C44888"/>
    <w:rsid w:val="00C46A01"/>
    <w:rsid w:val="00C4755C"/>
    <w:rsid w:val="00C477DB"/>
    <w:rsid w:val="00C5088C"/>
    <w:rsid w:val="00C519F8"/>
    <w:rsid w:val="00C51BB1"/>
    <w:rsid w:val="00C53B45"/>
    <w:rsid w:val="00C56A9B"/>
    <w:rsid w:val="00C56E5F"/>
    <w:rsid w:val="00C56E7E"/>
    <w:rsid w:val="00C649C2"/>
    <w:rsid w:val="00C67D34"/>
    <w:rsid w:val="00C70810"/>
    <w:rsid w:val="00C73857"/>
    <w:rsid w:val="00C7453A"/>
    <w:rsid w:val="00C7567A"/>
    <w:rsid w:val="00C76CD2"/>
    <w:rsid w:val="00C76E1A"/>
    <w:rsid w:val="00C8313A"/>
    <w:rsid w:val="00C83492"/>
    <w:rsid w:val="00C83A59"/>
    <w:rsid w:val="00C83F93"/>
    <w:rsid w:val="00C84556"/>
    <w:rsid w:val="00C8692E"/>
    <w:rsid w:val="00C86F80"/>
    <w:rsid w:val="00C91AF2"/>
    <w:rsid w:val="00C92821"/>
    <w:rsid w:val="00C941AF"/>
    <w:rsid w:val="00C95134"/>
    <w:rsid w:val="00C95604"/>
    <w:rsid w:val="00C95921"/>
    <w:rsid w:val="00C95B7F"/>
    <w:rsid w:val="00C97D98"/>
    <w:rsid w:val="00CA0E8F"/>
    <w:rsid w:val="00CA1AE5"/>
    <w:rsid w:val="00CA1BD8"/>
    <w:rsid w:val="00CA630D"/>
    <w:rsid w:val="00CA7802"/>
    <w:rsid w:val="00CA78DD"/>
    <w:rsid w:val="00CB13D0"/>
    <w:rsid w:val="00CB23D0"/>
    <w:rsid w:val="00CB2954"/>
    <w:rsid w:val="00CB2E86"/>
    <w:rsid w:val="00CB4C7D"/>
    <w:rsid w:val="00CB515A"/>
    <w:rsid w:val="00CB5947"/>
    <w:rsid w:val="00CC25F1"/>
    <w:rsid w:val="00CC40D3"/>
    <w:rsid w:val="00CC74B7"/>
    <w:rsid w:val="00CD1918"/>
    <w:rsid w:val="00CD4611"/>
    <w:rsid w:val="00CD5702"/>
    <w:rsid w:val="00CD5D81"/>
    <w:rsid w:val="00CD5DB8"/>
    <w:rsid w:val="00CD73EB"/>
    <w:rsid w:val="00CE1519"/>
    <w:rsid w:val="00CE19EC"/>
    <w:rsid w:val="00CE3371"/>
    <w:rsid w:val="00CE339B"/>
    <w:rsid w:val="00CE40D0"/>
    <w:rsid w:val="00CE597B"/>
    <w:rsid w:val="00CE6C39"/>
    <w:rsid w:val="00CE71F0"/>
    <w:rsid w:val="00CF19EF"/>
    <w:rsid w:val="00CF311D"/>
    <w:rsid w:val="00CF37E9"/>
    <w:rsid w:val="00CF3B58"/>
    <w:rsid w:val="00CF3D7B"/>
    <w:rsid w:val="00D019D6"/>
    <w:rsid w:val="00D029B0"/>
    <w:rsid w:val="00D03D73"/>
    <w:rsid w:val="00D049D9"/>
    <w:rsid w:val="00D068C3"/>
    <w:rsid w:val="00D10A6C"/>
    <w:rsid w:val="00D13EFF"/>
    <w:rsid w:val="00D145D3"/>
    <w:rsid w:val="00D16181"/>
    <w:rsid w:val="00D17957"/>
    <w:rsid w:val="00D247FE"/>
    <w:rsid w:val="00D2514A"/>
    <w:rsid w:val="00D26A16"/>
    <w:rsid w:val="00D271D2"/>
    <w:rsid w:val="00D30C5F"/>
    <w:rsid w:val="00D316C8"/>
    <w:rsid w:val="00D31AA5"/>
    <w:rsid w:val="00D32608"/>
    <w:rsid w:val="00D33288"/>
    <w:rsid w:val="00D35A1F"/>
    <w:rsid w:val="00D37C27"/>
    <w:rsid w:val="00D40A51"/>
    <w:rsid w:val="00D40C9E"/>
    <w:rsid w:val="00D41A6F"/>
    <w:rsid w:val="00D4389B"/>
    <w:rsid w:val="00D462AA"/>
    <w:rsid w:val="00D47DD7"/>
    <w:rsid w:val="00D506EB"/>
    <w:rsid w:val="00D51143"/>
    <w:rsid w:val="00D537A3"/>
    <w:rsid w:val="00D539A1"/>
    <w:rsid w:val="00D54C83"/>
    <w:rsid w:val="00D64C06"/>
    <w:rsid w:val="00D65659"/>
    <w:rsid w:val="00D6601B"/>
    <w:rsid w:val="00D665AD"/>
    <w:rsid w:val="00D7205A"/>
    <w:rsid w:val="00D72616"/>
    <w:rsid w:val="00D73931"/>
    <w:rsid w:val="00D749BA"/>
    <w:rsid w:val="00D75C22"/>
    <w:rsid w:val="00D767D7"/>
    <w:rsid w:val="00D906C1"/>
    <w:rsid w:val="00D910E0"/>
    <w:rsid w:val="00D9295C"/>
    <w:rsid w:val="00D92BF9"/>
    <w:rsid w:val="00D94888"/>
    <w:rsid w:val="00D94C5E"/>
    <w:rsid w:val="00D95C24"/>
    <w:rsid w:val="00D95F81"/>
    <w:rsid w:val="00D97567"/>
    <w:rsid w:val="00D97FD2"/>
    <w:rsid w:val="00DA04F0"/>
    <w:rsid w:val="00DA08E5"/>
    <w:rsid w:val="00DA185E"/>
    <w:rsid w:val="00DA1C0B"/>
    <w:rsid w:val="00DA33ED"/>
    <w:rsid w:val="00DA37B0"/>
    <w:rsid w:val="00DA71CF"/>
    <w:rsid w:val="00DA7607"/>
    <w:rsid w:val="00DB0B1C"/>
    <w:rsid w:val="00DB0E9D"/>
    <w:rsid w:val="00DB2054"/>
    <w:rsid w:val="00DB2D97"/>
    <w:rsid w:val="00DB3C91"/>
    <w:rsid w:val="00DB50E9"/>
    <w:rsid w:val="00DB670D"/>
    <w:rsid w:val="00DB6D0F"/>
    <w:rsid w:val="00DC358E"/>
    <w:rsid w:val="00DD1C16"/>
    <w:rsid w:val="00DD5E15"/>
    <w:rsid w:val="00DD61F2"/>
    <w:rsid w:val="00DD65A1"/>
    <w:rsid w:val="00DD7583"/>
    <w:rsid w:val="00DD7B93"/>
    <w:rsid w:val="00DE13D1"/>
    <w:rsid w:val="00DE1ED4"/>
    <w:rsid w:val="00DE267E"/>
    <w:rsid w:val="00DE3A69"/>
    <w:rsid w:val="00DE5D62"/>
    <w:rsid w:val="00DE7316"/>
    <w:rsid w:val="00DE76BB"/>
    <w:rsid w:val="00DF0197"/>
    <w:rsid w:val="00DF0683"/>
    <w:rsid w:val="00DF084D"/>
    <w:rsid w:val="00DF0BF7"/>
    <w:rsid w:val="00DF0DEC"/>
    <w:rsid w:val="00DF23C0"/>
    <w:rsid w:val="00DF2881"/>
    <w:rsid w:val="00DF3D83"/>
    <w:rsid w:val="00DF4A6E"/>
    <w:rsid w:val="00DF7F97"/>
    <w:rsid w:val="00E02139"/>
    <w:rsid w:val="00E032E7"/>
    <w:rsid w:val="00E056CF"/>
    <w:rsid w:val="00E05807"/>
    <w:rsid w:val="00E07558"/>
    <w:rsid w:val="00E10409"/>
    <w:rsid w:val="00E1160A"/>
    <w:rsid w:val="00E1398E"/>
    <w:rsid w:val="00E15D0D"/>
    <w:rsid w:val="00E16ECF"/>
    <w:rsid w:val="00E1701D"/>
    <w:rsid w:val="00E20452"/>
    <w:rsid w:val="00E2289E"/>
    <w:rsid w:val="00E22CE0"/>
    <w:rsid w:val="00E2404A"/>
    <w:rsid w:val="00E26D70"/>
    <w:rsid w:val="00E27165"/>
    <w:rsid w:val="00E27EA6"/>
    <w:rsid w:val="00E30C04"/>
    <w:rsid w:val="00E325C5"/>
    <w:rsid w:val="00E36831"/>
    <w:rsid w:val="00E36B23"/>
    <w:rsid w:val="00E40DF2"/>
    <w:rsid w:val="00E42D06"/>
    <w:rsid w:val="00E432C5"/>
    <w:rsid w:val="00E4474D"/>
    <w:rsid w:val="00E44DA6"/>
    <w:rsid w:val="00E44E7F"/>
    <w:rsid w:val="00E455ED"/>
    <w:rsid w:val="00E45E07"/>
    <w:rsid w:val="00E4600D"/>
    <w:rsid w:val="00E46FD6"/>
    <w:rsid w:val="00E50A21"/>
    <w:rsid w:val="00E51E0B"/>
    <w:rsid w:val="00E55293"/>
    <w:rsid w:val="00E56642"/>
    <w:rsid w:val="00E56E45"/>
    <w:rsid w:val="00E5766C"/>
    <w:rsid w:val="00E608A3"/>
    <w:rsid w:val="00E61A36"/>
    <w:rsid w:val="00E628B2"/>
    <w:rsid w:val="00E64885"/>
    <w:rsid w:val="00E651E9"/>
    <w:rsid w:val="00E71192"/>
    <w:rsid w:val="00E71813"/>
    <w:rsid w:val="00E71AF2"/>
    <w:rsid w:val="00E7264D"/>
    <w:rsid w:val="00E72792"/>
    <w:rsid w:val="00E73011"/>
    <w:rsid w:val="00E73111"/>
    <w:rsid w:val="00E74A1D"/>
    <w:rsid w:val="00E74E7D"/>
    <w:rsid w:val="00E778A0"/>
    <w:rsid w:val="00E77AB2"/>
    <w:rsid w:val="00E802BE"/>
    <w:rsid w:val="00E8045E"/>
    <w:rsid w:val="00E8353A"/>
    <w:rsid w:val="00E85AF4"/>
    <w:rsid w:val="00E872ED"/>
    <w:rsid w:val="00E8781F"/>
    <w:rsid w:val="00E90886"/>
    <w:rsid w:val="00E9101E"/>
    <w:rsid w:val="00E9130A"/>
    <w:rsid w:val="00E9158E"/>
    <w:rsid w:val="00E9461E"/>
    <w:rsid w:val="00E979EF"/>
    <w:rsid w:val="00EA1961"/>
    <w:rsid w:val="00EA4A94"/>
    <w:rsid w:val="00EA7AA6"/>
    <w:rsid w:val="00EB22E4"/>
    <w:rsid w:val="00EB2564"/>
    <w:rsid w:val="00EB2C3F"/>
    <w:rsid w:val="00EB2F4B"/>
    <w:rsid w:val="00EB61D1"/>
    <w:rsid w:val="00EB6D47"/>
    <w:rsid w:val="00EC10ED"/>
    <w:rsid w:val="00EC19E4"/>
    <w:rsid w:val="00EC1E4D"/>
    <w:rsid w:val="00EC3908"/>
    <w:rsid w:val="00EC534E"/>
    <w:rsid w:val="00EC58A0"/>
    <w:rsid w:val="00EC73DA"/>
    <w:rsid w:val="00ED04AA"/>
    <w:rsid w:val="00ED0A91"/>
    <w:rsid w:val="00ED0F8B"/>
    <w:rsid w:val="00ED1A7A"/>
    <w:rsid w:val="00ED3AD1"/>
    <w:rsid w:val="00ED500C"/>
    <w:rsid w:val="00ED556E"/>
    <w:rsid w:val="00ED694A"/>
    <w:rsid w:val="00EE1245"/>
    <w:rsid w:val="00EE12D5"/>
    <w:rsid w:val="00EE1B73"/>
    <w:rsid w:val="00EE38A4"/>
    <w:rsid w:val="00EE67CF"/>
    <w:rsid w:val="00EF2E80"/>
    <w:rsid w:val="00EF310B"/>
    <w:rsid w:val="00EF3F32"/>
    <w:rsid w:val="00EF42A5"/>
    <w:rsid w:val="00EF4ACE"/>
    <w:rsid w:val="00EF530E"/>
    <w:rsid w:val="00EF5512"/>
    <w:rsid w:val="00EF5A1A"/>
    <w:rsid w:val="00EF7D97"/>
    <w:rsid w:val="00F00439"/>
    <w:rsid w:val="00F00923"/>
    <w:rsid w:val="00F00B7D"/>
    <w:rsid w:val="00F02110"/>
    <w:rsid w:val="00F035B9"/>
    <w:rsid w:val="00F113F6"/>
    <w:rsid w:val="00F114C1"/>
    <w:rsid w:val="00F12349"/>
    <w:rsid w:val="00F12F9E"/>
    <w:rsid w:val="00F1320B"/>
    <w:rsid w:val="00F13DF3"/>
    <w:rsid w:val="00F156FC"/>
    <w:rsid w:val="00F21DFF"/>
    <w:rsid w:val="00F22B4E"/>
    <w:rsid w:val="00F2406E"/>
    <w:rsid w:val="00F27B73"/>
    <w:rsid w:val="00F30ED9"/>
    <w:rsid w:val="00F3141D"/>
    <w:rsid w:val="00F319D5"/>
    <w:rsid w:val="00F32B26"/>
    <w:rsid w:val="00F35075"/>
    <w:rsid w:val="00F35A7B"/>
    <w:rsid w:val="00F365A2"/>
    <w:rsid w:val="00F405CE"/>
    <w:rsid w:val="00F41A71"/>
    <w:rsid w:val="00F42344"/>
    <w:rsid w:val="00F4588B"/>
    <w:rsid w:val="00F5009E"/>
    <w:rsid w:val="00F503CD"/>
    <w:rsid w:val="00F50EB2"/>
    <w:rsid w:val="00F51710"/>
    <w:rsid w:val="00F52D0A"/>
    <w:rsid w:val="00F54960"/>
    <w:rsid w:val="00F5553A"/>
    <w:rsid w:val="00F557DF"/>
    <w:rsid w:val="00F601AC"/>
    <w:rsid w:val="00F61E76"/>
    <w:rsid w:val="00F6226C"/>
    <w:rsid w:val="00F62B26"/>
    <w:rsid w:val="00F65AAE"/>
    <w:rsid w:val="00F7053B"/>
    <w:rsid w:val="00F72154"/>
    <w:rsid w:val="00F759D8"/>
    <w:rsid w:val="00F7713C"/>
    <w:rsid w:val="00F80B10"/>
    <w:rsid w:val="00F80C63"/>
    <w:rsid w:val="00F827EC"/>
    <w:rsid w:val="00F870C0"/>
    <w:rsid w:val="00F905E7"/>
    <w:rsid w:val="00F9138C"/>
    <w:rsid w:val="00F92C41"/>
    <w:rsid w:val="00F94FA1"/>
    <w:rsid w:val="00F966C8"/>
    <w:rsid w:val="00FA0829"/>
    <w:rsid w:val="00FA160E"/>
    <w:rsid w:val="00FA205C"/>
    <w:rsid w:val="00FA2CD8"/>
    <w:rsid w:val="00FA3E98"/>
    <w:rsid w:val="00FA50F6"/>
    <w:rsid w:val="00FA5138"/>
    <w:rsid w:val="00FA5A96"/>
    <w:rsid w:val="00FA672A"/>
    <w:rsid w:val="00FB2370"/>
    <w:rsid w:val="00FB25C7"/>
    <w:rsid w:val="00FB3731"/>
    <w:rsid w:val="00FB496C"/>
    <w:rsid w:val="00FB7402"/>
    <w:rsid w:val="00FB7E0D"/>
    <w:rsid w:val="00FC0798"/>
    <w:rsid w:val="00FC32DD"/>
    <w:rsid w:val="00FC351C"/>
    <w:rsid w:val="00FC4012"/>
    <w:rsid w:val="00FC421A"/>
    <w:rsid w:val="00FC4771"/>
    <w:rsid w:val="00FC4A9A"/>
    <w:rsid w:val="00FD2429"/>
    <w:rsid w:val="00FD36EA"/>
    <w:rsid w:val="00FD5315"/>
    <w:rsid w:val="00FD6312"/>
    <w:rsid w:val="00FD783B"/>
    <w:rsid w:val="00FD7880"/>
    <w:rsid w:val="00FE1491"/>
    <w:rsid w:val="00FE2D88"/>
    <w:rsid w:val="00FE3F48"/>
    <w:rsid w:val="00FE58BB"/>
    <w:rsid w:val="00FE6BDB"/>
    <w:rsid w:val="00FE70FF"/>
    <w:rsid w:val="00FE741B"/>
    <w:rsid w:val="00FE774E"/>
    <w:rsid w:val="00FF079A"/>
    <w:rsid w:val="00FF1F04"/>
    <w:rsid w:val="00FF5B79"/>
    <w:rsid w:val="00FF6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13D6FD5"/>
  <w15:chartTrackingRefBased/>
  <w15:docId w15:val="{E2D20DEE-E6EF-426C-8D71-1E948C07A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uiPriority="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page number" w:uiPriority="99"/>
    <w:lsdException w:name="List" w:uiPriority="99"/>
    <w:lsdException w:name="List Bullet" w:uiPriority="99"/>
    <w:lsdException w:name="List Number" w:uiPriority="99"/>
    <w:lsdException w:name="List 2" w:uiPriority="99"/>
    <w:lsdException w:name="List 3" w:uiPriority="99"/>
    <w:lsdException w:name="List Bullet 2" w:uiPriority="99"/>
    <w:lsdException w:name="List Bullet 3" w:uiPriority="99"/>
    <w:lsdException w:name="List Number 2" w:uiPriority="99"/>
    <w:lsdException w:name="List Number 3" w:uiPriority="99"/>
    <w:lsdException w:name="Title" w:qFormat="1"/>
    <w:lsdException w:name="List Continue" w:uiPriority="99"/>
    <w:lsdException w:name="List Continue 2" w:uiPriority="99"/>
    <w:lsdException w:name="List Continue 3" w:uiPriority="99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HTML Code" w:uiPriority="99"/>
    <w:lsdException w:name="Normal Table" w:semiHidden="1" w:unhideWhenUsed="1"/>
    <w:lsdException w:name="annotation subjec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 w:qFormat="1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ED1A7A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3E5811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016FF8"/>
    <w:pPr>
      <w:keepNext/>
      <w:jc w:val="center"/>
      <w:outlineLvl w:val="2"/>
    </w:pPr>
    <w:rPr>
      <w:rFonts w:ascii="Times" w:eastAsia="Times" w:hAnsi="Times"/>
      <w:i/>
      <w:color w:val="000000"/>
      <w:sz w:val="32"/>
      <w:szCs w:val="20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semiHidden/>
    <w:rsid w:val="00F72154"/>
    <w:rPr>
      <w:rFonts w:ascii="Tahoma" w:hAnsi="Tahoma" w:cs="Tahoma"/>
      <w:sz w:val="16"/>
      <w:szCs w:val="16"/>
    </w:rPr>
  </w:style>
  <w:style w:type="paragraph" w:styleId="Corpotesto">
    <w:name w:val="Body Text"/>
    <w:basedOn w:val="Normale"/>
    <w:rsid w:val="00F72154"/>
    <w:pPr>
      <w:jc w:val="right"/>
    </w:pPr>
  </w:style>
  <w:style w:type="paragraph" w:styleId="Rientrocorpodeltesto">
    <w:name w:val="Body Text Indent"/>
    <w:basedOn w:val="Normale"/>
    <w:rsid w:val="00F72154"/>
    <w:pPr>
      <w:spacing w:line="360" w:lineRule="auto"/>
      <w:ind w:left="705"/>
      <w:jc w:val="both"/>
    </w:pPr>
    <w:rPr>
      <w:b/>
      <w:sz w:val="22"/>
    </w:rPr>
  </w:style>
  <w:style w:type="paragraph" w:styleId="Pidipagina">
    <w:name w:val="footer"/>
    <w:basedOn w:val="Normale"/>
    <w:link w:val="PidipaginaCarattere"/>
    <w:uiPriority w:val="99"/>
    <w:rsid w:val="00F72154"/>
    <w:pPr>
      <w:tabs>
        <w:tab w:val="center" w:pos="4819"/>
        <w:tab w:val="right" w:pos="9638"/>
      </w:tabs>
    </w:pPr>
    <w:rPr>
      <w:lang w:val="x-none" w:eastAsia="x-none"/>
    </w:rPr>
  </w:style>
  <w:style w:type="character" w:styleId="Numeropagina">
    <w:name w:val="page number"/>
    <w:basedOn w:val="Carpredefinitoparagrafo"/>
    <w:uiPriority w:val="99"/>
    <w:rsid w:val="00F72154"/>
  </w:style>
  <w:style w:type="character" w:styleId="Collegamentoipertestuale">
    <w:name w:val="Hyperlink"/>
    <w:uiPriority w:val="99"/>
    <w:rsid w:val="00877554"/>
    <w:rPr>
      <w:color w:val="0000FF"/>
      <w:u w:val="single"/>
    </w:rPr>
  </w:style>
  <w:style w:type="table" w:styleId="Grigliatabella">
    <w:name w:val="Table Grid"/>
    <w:basedOn w:val="Tabellanormale"/>
    <w:uiPriority w:val="39"/>
    <w:rsid w:val="003862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TESTATO">
    <w:name w:val="INTESTATO"/>
    <w:basedOn w:val="Normale"/>
    <w:rsid w:val="006162F1"/>
    <w:rPr>
      <w:rFonts w:ascii="Cambria" w:hAnsi="Cambria"/>
    </w:rPr>
  </w:style>
  <w:style w:type="paragraph" w:styleId="Corpodeltesto2">
    <w:name w:val="Body Text 2"/>
    <w:basedOn w:val="Normale"/>
    <w:rsid w:val="00FE1491"/>
    <w:pPr>
      <w:spacing w:after="120" w:line="480" w:lineRule="auto"/>
    </w:pPr>
  </w:style>
  <w:style w:type="paragraph" w:customStyle="1" w:styleId="Grigliamedia21">
    <w:name w:val="Griglia media 21"/>
    <w:qFormat/>
    <w:rsid w:val="003E4CA0"/>
    <w:rPr>
      <w:rFonts w:ascii="Calibri" w:eastAsia="Calibri" w:hAnsi="Calibri"/>
      <w:sz w:val="22"/>
      <w:szCs w:val="22"/>
      <w:lang w:eastAsia="en-US"/>
    </w:rPr>
  </w:style>
  <w:style w:type="character" w:styleId="Enfasigrassetto">
    <w:name w:val="Strong"/>
    <w:uiPriority w:val="22"/>
    <w:qFormat/>
    <w:rsid w:val="003E4CA0"/>
    <w:rPr>
      <w:b/>
      <w:bCs/>
    </w:rPr>
  </w:style>
  <w:style w:type="character" w:customStyle="1" w:styleId="apple-style-span">
    <w:name w:val="apple-style-span"/>
    <w:rsid w:val="005415E2"/>
  </w:style>
  <w:style w:type="paragraph" w:styleId="Intestazione">
    <w:name w:val="header"/>
    <w:basedOn w:val="Normale"/>
    <w:link w:val="IntestazioneCarattere"/>
    <w:uiPriority w:val="99"/>
    <w:rsid w:val="00147542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apple-converted-space">
    <w:name w:val="apple-converted-space"/>
    <w:basedOn w:val="Carpredefinitoparagrafo"/>
    <w:rsid w:val="00147542"/>
  </w:style>
  <w:style w:type="character" w:styleId="Enfasicorsivo">
    <w:name w:val="Emphasis"/>
    <w:uiPriority w:val="20"/>
    <w:qFormat/>
    <w:rsid w:val="0071178B"/>
    <w:rPr>
      <w:i/>
      <w:iCs/>
    </w:rPr>
  </w:style>
  <w:style w:type="character" w:customStyle="1" w:styleId="hps">
    <w:name w:val="hps"/>
    <w:basedOn w:val="Carpredefinitoparagrafo"/>
    <w:rsid w:val="00286172"/>
  </w:style>
  <w:style w:type="character" w:customStyle="1" w:styleId="IntestazioneCarattere">
    <w:name w:val="Intestazione Carattere"/>
    <w:link w:val="Intestazione"/>
    <w:uiPriority w:val="99"/>
    <w:rsid w:val="0029761E"/>
    <w:rPr>
      <w:sz w:val="24"/>
      <w:szCs w:val="24"/>
    </w:rPr>
  </w:style>
  <w:style w:type="character" w:styleId="Collegamentovisitato">
    <w:name w:val="FollowedHyperlink"/>
    <w:rsid w:val="0042178B"/>
    <w:rPr>
      <w:color w:val="800080"/>
      <w:u w:val="single"/>
    </w:rPr>
  </w:style>
  <w:style w:type="character" w:customStyle="1" w:styleId="PidipaginaCarattere">
    <w:name w:val="Piè di pagina Carattere"/>
    <w:link w:val="Pidipagina"/>
    <w:uiPriority w:val="99"/>
    <w:rsid w:val="00F80C63"/>
    <w:rPr>
      <w:sz w:val="24"/>
      <w:szCs w:val="24"/>
    </w:rPr>
  </w:style>
  <w:style w:type="character" w:customStyle="1" w:styleId="Titolo3Carattere">
    <w:name w:val="Titolo 3 Carattere"/>
    <w:link w:val="Titolo3"/>
    <w:uiPriority w:val="9"/>
    <w:rsid w:val="00016FF8"/>
    <w:rPr>
      <w:rFonts w:ascii="Times" w:eastAsia="Times" w:hAnsi="Times"/>
      <w:i/>
      <w:color w:val="000000"/>
      <w:sz w:val="32"/>
    </w:rPr>
  </w:style>
  <w:style w:type="paragraph" w:customStyle="1" w:styleId="Elencoacolori-Colore11">
    <w:name w:val="Elenco a colori - Colore 11"/>
    <w:basedOn w:val="Normale"/>
    <w:uiPriority w:val="34"/>
    <w:qFormat/>
    <w:rsid w:val="00253AF5"/>
    <w:pPr>
      <w:ind w:left="720"/>
      <w:contextualSpacing/>
    </w:pPr>
    <w:rPr>
      <w:rFonts w:ascii="Times" w:eastAsia="Times" w:hAnsi="Times"/>
      <w:color w:val="000000"/>
      <w:szCs w:val="20"/>
    </w:rPr>
  </w:style>
  <w:style w:type="paragraph" w:styleId="NormaleWeb">
    <w:name w:val="Normal (Web)"/>
    <w:basedOn w:val="Normale"/>
    <w:uiPriority w:val="99"/>
    <w:rsid w:val="0017100E"/>
    <w:pPr>
      <w:spacing w:before="100" w:beforeAutospacing="1" w:after="119"/>
    </w:pPr>
  </w:style>
  <w:style w:type="character" w:styleId="Menzionenonrisolta">
    <w:name w:val="Unresolved Mention"/>
    <w:uiPriority w:val="99"/>
    <w:semiHidden/>
    <w:unhideWhenUsed/>
    <w:rsid w:val="00E778A0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080B11"/>
    <w:pPr>
      <w:ind w:left="708"/>
    </w:pPr>
    <w:rPr>
      <w:rFonts w:ascii="Calibri" w:eastAsia="Calibri" w:hAnsi="Calibri" w:cs="Arial"/>
      <w:sz w:val="20"/>
      <w:szCs w:val="20"/>
    </w:rPr>
  </w:style>
  <w:style w:type="paragraph" w:customStyle="1" w:styleId="Default">
    <w:name w:val="Default"/>
    <w:rsid w:val="00080B11"/>
    <w:pPr>
      <w:autoSpaceDE w:val="0"/>
      <w:autoSpaceDN w:val="0"/>
      <w:adjustRightInd w:val="0"/>
    </w:pPr>
    <w:rPr>
      <w:rFonts w:ascii="Bookman Old Style" w:eastAsia="Calibri" w:hAnsi="Bookman Old Style" w:cs="Bookman Old Style"/>
      <w:color w:val="000000"/>
      <w:sz w:val="24"/>
      <w:szCs w:val="24"/>
    </w:rPr>
  </w:style>
  <w:style w:type="paragraph" w:styleId="Nessunaspaziatura">
    <w:name w:val="No Spacing"/>
    <w:uiPriority w:val="1"/>
    <w:qFormat/>
    <w:rsid w:val="00080B11"/>
    <w:rPr>
      <w:rFonts w:ascii="Calibri" w:eastAsia="Calibri" w:hAnsi="Calibri" w:cs="Arial"/>
    </w:rPr>
  </w:style>
  <w:style w:type="character" w:customStyle="1" w:styleId="Titolo1Carattere">
    <w:name w:val="Titolo 1 Carattere"/>
    <w:link w:val="Titolo1"/>
    <w:uiPriority w:val="9"/>
    <w:rsid w:val="003E5811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table" w:customStyle="1" w:styleId="Grigliatabella1">
    <w:name w:val="Griglia tabella1"/>
    <w:basedOn w:val="Tabellanormale"/>
    <w:next w:val="Grigliatabella"/>
    <w:uiPriority w:val="39"/>
    <w:rsid w:val="00456BB2"/>
    <w:rPr>
      <w:rFonts w:eastAsia="Aptos" w:cs="Arial"/>
      <w:sz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uiPriority w:val="99"/>
    <w:rsid w:val="0090150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rsid w:val="0090150E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90150E"/>
  </w:style>
  <w:style w:type="paragraph" w:styleId="Soggettocommento">
    <w:name w:val="annotation subject"/>
    <w:basedOn w:val="Testocommento"/>
    <w:next w:val="Testocommento"/>
    <w:link w:val="SoggettocommentoCarattere"/>
    <w:uiPriority w:val="99"/>
    <w:rsid w:val="0090150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rsid w:val="0090150E"/>
    <w:rPr>
      <w:b/>
      <w:bCs/>
    </w:rPr>
  </w:style>
  <w:style w:type="paragraph" w:styleId="PreformattatoHTML">
    <w:name w:val="HTML Preformatted"/>
    <w:basedOn w:val="Normale"/>
    <w:link w:val="PreformattatoHTMLCarattere"/>
    <w:rsid w:val="009056A3"/>
    <w:rPr>
      <w:rFonts w:ascii="Consolas" w:hAnsi="Consolas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rsid w:val="009056A3"/>
    <w:rPr>
      <w:rFonts w:ascii="Consolas" w:hAnsi="Consolas"/>
    </w:rPr>
  </w:style>
  <w:style w:type="table" w:customStyle="1" w:styleId="Grigliatabella2">
    <w:name w:val="Griglia tabella2"/>
    <w:basedOn w:val="Tabellanormale"/>
    <w:next w:val="Grigliatabella"/>
    <w:uiPriority w:val="39"/>
    <w:rsid w:val="00862BDA"/>
    <w:rPr>
      <w:rFonts w:eastAsia="Aptos" w:cs="Arial"/>
      <w:sz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WWNum5">
    <w:name w:val="WWNum5"/>
    <w:basedOn w:val="Nessunelenco"/>
    <w:rsid w:val="005857AC"/>
    <w:pPr>
      <w:numPr>
        <w:numId w:val="1"/>
      </w:numPr>
    </w:pPr>
  </w:style>
  <w:style w:type="numbering" w:customStyle="1" w:styleId="WWNum6">
    <w:name w:val="WWNum6"/>
    <w:basedOn w:val="Nessunelenco"/>
    <w:rsid w:val="005857AC"/>
    <w:pPr>
      <w:numPr>
        <w:numId w:val="2"/>
      </w:numPr>
    </w:pPr>
  </w:style>
  <w:style w:type="numbering" w:customStyle="1" w:styleId="WWNum7">
    <w:name w:val="WWNum7"/>
    <w:basedOn w:val="Nessunelenco"/>
    <w:rsid w:val="005857AC"/>
    <w:pPr>
      <w:numPr>
        <w:numId w:val="3"/>
      </w:numPr>
    </w:pPr>
  </w:style>
  <w:style w:type="numbering" w:customStyle="1" w:styleId="WWNum1">
    <w:name w:val="WWNum1"/>
    <w:basedOn w:val="Nessunelenco"/>
    <w:rsid w:val="00BE7218"/>
    <w:pPr>
      <w:numPr>
        <w:numId w:val="4"/>
      </w:numPr>
    </w:pPr>
  </w:style>
  <w:style w:type="numbering" w:customStyle="1" w:styleId="WWNum2">
    <w:name w:val="WWNum2"/>
    <w:basedOn w:val="Nessunelenco"/>
    <w:rsid w:val="00BE7218"/>
    <w:pPr>
      <w:numPr>
        <w:numId w:val="5"/>
      </w:numPr>
    </w:pPr>
  </w:style>
  <w:style w:type="numbering" w:customStyle="1" w:styleId="WWNum51">
    <w:name w:val="WWNum51"/>
    <w:basedOn w:val="Nessunelenco"/>
    <w:rsid w:val="00BE7218"/>
  </w:style>
  <w:style w:type="character" w:customStyle="1" w:styleId="highlight">
    <w:name w:val="highlight"/>
    <w:basedOn w:val="Carpredefinitoparagrafo"/>
    <w:rsid w:val="008E5B38"/>
  </w:style>
  <w:style w:type="paragraph" w:customStyle="1" w:styleId="Titolo21">
    <w:name w:val="Titolo 21"/>
    <w:basedOn w:val="Normale"/>
    <w:next w:val="Normale"/>
    <w:uiPriority w:val="9"/>
    <w:unhideWhenUsed/>
    <w:qFormat/>
    <w:rsid w:val="0002289D"/>
    <w:pPr>
      <w:keepNext/>
      <w:keepLines/>
      <w:spacing w:before="40"/>
      <w:outlineLvl w:val="1"/>
    </w:pPr>
    <w:rPr>
      <w:rFonts w:ascii="Calibri Light" w:eastAsia="Yu Gothic Light" w:hAnsi="Calibri Light"/>
      <w:color w:val="2F5496"/>
      <w:sz w:val="26"/>
      <w:szCs w:val="26"/>
      <w:lang w:eastAsia="en-US"/>
    </w:rPr>
  </w:style>
  <w:style w:type="paragraph" w:customStyle="1" w:styleId="Titolo41">
    <w:name w:val="Titolo 41"/>
    <w:basedOn w:val="Normale"/>
    <w:next w:val="Normale"/>
    <w:uiPriority w:val="9"/>
    <w:semiHidden/>
    <w:unhideWhenUsed/>
    <w:qFormat/>
    <w:rsid w:val="0002289D"/>
    <w:pPr>
      <w:keepNext/>
      <w:keepLines/>
      <w:spacing w:before="200" w:line="259" w:lineRule="auto"/>
      <w:outlineLvl w:val="3"/>
    </w:pPr>
    <w:rPr>
      <w:rFonts w:ascii="Calibri Light" w:eastAsia="Yu Gothic Light" w:hAnsi="Calibri Light"/>
      <w:b/>
      <w:bCs/>
      <w:i/>
      <w:iCs/>
      <w:color w:val="4472C4"/>
      <w:sz w:val="20"/>
      <w:szCs w:val="22"/>
      <w:lang w:val="en-US" w:eastAsia="en-US"/>
    </w:rPr>
  </w:style>
  <w:style w:type="paragraph" w:customStyle="1" w:styleId="Titolo51">
    <w:name w:val="Titolo 51"/>
    <w:basedOn w:val="Normale"/>
    <w:next w:val="Normale"/>
    <w:uiPriority w:val="9"/>
    <w:semiHidden/>
    <w:unhideWhenUsed/>
    <w:qFormat/>
    <w:rsid w:val="0002289D"/>
    <w:pPr>
      <w:keepNext/>
      <w:keepLines/>
      <w:spacing w:before="200" w:line="259" w:lineRule="auto"/>
      <w:outlineLvl w:val="4"/>
    </w:pPr>
    <w:rPr>
      <w:rFonts w:ascii="Calibri Light" w:eastAsia="Yu Gothic Light" w:hAnsi="Calibri Light"/>
      <w:color w:val="1F3763"/>
      <w:sz w:val="20"/>
      <w:szCs w:val="22"/>
      <w:lang w:val="en-US" w:eastAsia="en-US"/>
    </w:rPr>
  </w:style>
  <w:style w:type="paragraph" w:customStyle="1" w:styleId="Titolo61">
    <w:name w:val="Titolo 61"/>
    <w:basedOn w:val="Normale"/>
    <w:next w:val="Normale"/>
    <w:uiPriority w:val="9"/>
    <w:semiHidden/>
    <w:unhideWhenUsed/>
    <w:qFormat/>
    <w:rsid w:val="0002289D"/>
    <w:pPr>
      <w:keepNext/>
      <w:keepLines/>
      <w:spacing w:before="200" w:line="259" w:lineRule="auto"/>
      <w:outlineLvl w:val="5"/>
    </w:pPr>
    <w:rPr>
      <w:rFonts w:ascii="Calibri Light" w:eastAsia="Yu Gothic Light" w:hAnsi="Calibri Light"/>
      <w:i/>
      <w:iCs/>
      <w:color w:val="1F3763"/>
      <w:sz w:val="20"/>
      <w:szCs w:val="22"/>
      <w:lang w:val="en-US" w:eastAsia="en-US"/>
    </w:rPr>
  </w:style>
  <w:style w:type="paragraph" w:customStyle="1" w:styleId="Titolo71">
    <w:name w:val="Titolo 71"/>
    <w:basedOn w:val="Normale"/>
    <w:next w:val="Normale"/>
    <w:uiPriority w:val="9"/>
    <w:semiHidden/>
    <w:unhideWhenUsed/>
    <w:qFormat/>
    <w:rsid w:val="0002289D"/>
    <w:pPr>
      <w:keepNext/>
      <w:keepLines/>
      <w:spacing w:before="200" w:line="259" w:lineRule="auto"/>
      <w:outlineLvl w:val="6"/>
    </w:pPr>
    <w:rPr>
      <w:rFonts w:ascii="Calibri Light" w:eastAsia="Yu Gothic Light" w:hAnsi="Calibri Light"/>
      <w:i/>
      <w:iCs/>
      <w:color w:val="404040"/>
      <w:sz w:val="20"/>
      <w:szCs w:val="22"/>
      <w:lang w:val="en-US" w:eastAsia="en-US"/>
    </w:rPr>
  </w:style>
  <w:style w:type="paragraph" w:customStyle="1" w:styleId="Titolo81">
    <w:name w:val="Titolo 81"/>
    <w:basedOn w:val="Normale"/>
    <w:next w:val="Normale"/>
    <w:uiPriority w:val="9"/>
    <w:semiHidden/>
    <w:unhideWhenUsed/>
    <w:qFormat/>
    <w:rsid w:val="0002289D"/>
    <w:pPr>
      <w:keepNext/>
      <w:keepLines/>
      <w:spacing w:before="200" w:line="259" w:lineRule="auto"/>
      <w:outlineLvl w:val="7"/>
    </w:pPr>
    <w:rPr>
      <w:rFonts w:ascii="Calibri Light" w:eastAsia="Yu Gothic Light" w:hAnsi="Calibri Light"/>
      <w:color w:val="4472C4"/>
      <w:sz w:val="20"/>
      <w:szCs w:val="20"/>
      <w:lang w:val="en-US" w:eastAsia="en-US"/>
    </w:rPr>
  </w:style>
  <w:style w:type="paragraph" w:customStyle="1" w:styleId="Titolo91">
    <w:name w:val="Titolo 91"/>
    <w:basedOn w:val="Normale"/>
    <w:next w:val="Normale"/>
    <w:uiPriority w:val="9"/>
    <w:semiHidden/>
    <w:unhideWhenUsed/>
    <w:qFormat/>
    <w:rsid w:val="0002289D"/>
    <w:pPr>
      <w:keepNext/>
      <w:keepLines/>
      <w:spacing w:before="200" w:line="259" w:lineRule="auto"/>
      <w:outlineLvl w:val="8"/>
    </w:pPr>
    <w:rPr>
      <w:rFonts w:ascii="Calibri Light" w:eastAsia="Yu Gothic Light" w:hAnsi="Calibri Light"/>
      <w:i/>
      <w:iCs/>
      <w:color w:val="404040"/>
      <w:sz w:val="20"/>
      <w:szCs w:val="20"/>
      <w:lang w:val="en-US" w:eastAsia="en-US"/>
    </w:rPr>
  </w:style>
  <w:style w:type="numbering" w:customStyle="1" w:styleId="Nessunelenco1">
    <w:name w:val="Nessun elenco1"/>
    <w:next w:val="Nessunelenco"/>
    <w:uiPriority w:val="99"/>
    <w:semiHidden/>
    <w:unhideWhenUsed/>
    <w:rsid w:val="0002289D"/>
  </w:style>
  <w:style w:type="table" w:customStyle="1" w:styleId="TableNormal">
    <w:name w:val="Table Normal"/>
    <w:uiPriority w:val="99"/>
    <w:semiHidden/>
    <w:unhideWhenUsed/>
    <w:rsid w:val="0002289D"/>
    <w:rPr>
      <w:rFonts w:ascii="Calibri" w:eastAsia="Calibri" w:hAnsi="Calibri" w:cs="Arial"/>
      <w:sz w:val="22"/>
      <w:szCs w:val="22"/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IntestazioneCarattere1">
    <w:name w:val="Intestazione Carattere1"/>
    <w:basedOn w:val="Carpredefinitoparagrafo"/>
    <w:uiPriority w:val="99"/>
    <w:rsid w:val="0002289D"/>
  </w:style>
  <w:style w:type="character" w:customStyle="1" w:styleId="PidipaginaCarattere1">
    <w:name w:val="Piè di pagina Carattere1"/>
    <w:basedOn w:val="Carpredefinitoparagrafo"/>
    <w:uiPriority w:val="99"/>
    <w:rsid w:val="0002289D"/>
  </w:style>
  <w:style w:type="table" w:customStyle="1" w:styleId="TableGrid">
    <w:name w:val="TableGrid"/>
    <w:rsid w:val="0002289D"/>
    <w:rPr>
      <w:rFonts w:ascii="Calibri" w:eastAsia="Yu Mincho" w:hAnsi="Calibri" w:cs="Arial"/>
      <w:kern w:val="2"/>
      <w:sz w:val="24"/>
      <w:szCs w:val="24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estocommentoCarattere1">
    <w:name w:val="Testo commento Carattere1"/>
    <w:basedOn w:val="Carpredefinitoparagrafo"/>
    <w:uiPriority w:val="99"/>
    <w:rsid w:val="0002289D"/>
    <w:rPr>
      <w:sz w:val="20"/>
      <w:szCs w:val="20"/>
    </w:rPr>
  </w:style>
  <w:style w:type="character" w:customStyle="1" w:styleId="CommentReference">
    <w:name w:val="Comment Reference"/>
    <w:basedOn w:val="Carpredefinitoparagrafo"/>
    <w:uiPriority w:val="99"/>
    <w:semiHidden/>
    <w:unhideWhenUsed/>
    <w:rsid w:val="0002289D"/>
    <w:rPr>
      <w:sz w:val="16"/>
      <w:szCs w:val="16"/>
    </w:rPr>
  </w:style>
  <w:style w:type="character" w:customStyle="1" w:styleId="SoggettocommentoCarattere1">
    <w:name w:val="Soggetto commento Carattere1"/>
    <w:basedOn w:val="TestocommentoCarattere1"/>
    <w:uiPriority w:val="99"/>
    <w:semiHidden/>
    <w:rsid w:val="0002289D"/>
    <w:rPr>
      <w:b/>
      <w:bCs/>
      <w:sz w:val="20"/>
      <w:szCs w:val="20"/>
    </w:rPr>
  </w:style>
  <w:style w:type="paragraph" w:styleId="Elenco">
    <w:name w:val="List"/>
    <w:basedOn w:val="Normale"/>
    <w:uiPriority w:val="99"/>
    <w:unhideWhenUsed/>
    <w:rsid w:val="0002289D"/>
    <w:pPr>
      <w:spacing w:after="100" w:line="259" w:lineRule="auto"/>
      <w:ind w:left="360" w:hanging="360"/>
      <w:contextualSpacing/>
    </w:pPr>
    <w:rPr>
      <w:rFonts w:ascii="Liberation Sans" w:eastAsia="Liberation Sans" w:hAnsi="Liberation Sans" w:cs="Arial"/>
      <w:sz w:val="20"/>
      <w:szCs w:val="22"/>
      <w:lang w:val="en-US" w:eastAsia="en-US"/>
    </w:rPr>
  </w:style>
  <w:style w:type="paragraph" w:styleId="Elenco2">
    <w:name w:val="List 2"/>
    <w:basedOn w:val="Normale"/>
    <w:uiPriority w:val="99"/>
    <w:unhideWhenUsed/>
    <w:rsid w:val="0002289D"/>
    <w:pPr>
      <w:spacing w:after="100" w:line="259" w:lineRule="auto"/>
      <w:ind w:left="720" w:hanging="360"/>
      <w:contextualSpacing/>
    </w:pPr>
    <w:rPr>
      <w:rFonts w:ascii="Liberation Sans" w:eastAsia="Liberation Sans" w:hAnsi="Liberation Sans" w:cs="Arial"/>
      <w:sz w:val="20"/>
      <w:szCs w:val="22"/>
      <w:lang w:val="en-US" w:eastAsia="en-US"/>
    </w:rPr>
  </w:style>
  <w:style w:type="paragraph" w:styleId="Elenco3">
    <w:name w:val="List 3"/>
    <w:basedOn w:val="Normale"/>
    <w:uiPriority w:val="99"/>
    <w:unhideWhenUsed/>
    <w:rsid w:val="0002289D"/>
    <w:pPr>
      <w:spacing w:after="100" w:line="259" w:lineRule="auto"/>
      <w:ind w:left="1080" w:hanging="360"/>
      <w:contextualSpacing/>
    </w:pPr>
    <w:rPr>
      <w:rFonts w:ascii="Liberation Sans" w:eastAsia="Liberation Sans" w:hAnsi="Liberation Sans" w:cs="Arial"/>
      <w:sz w:val="20"/>
      <w:szCs w:val="22"/>
      <w:lang w:val="en-US" w:eastAsia="en-US"/>
    </w:rPr>
  </w:style>
  <w:style w:type="paragraph" w:styleId="Puntoelenco">
    <w:name w:val="List Bullet"/>
    <w:basedOn w:val="Normale"/>
    <w:uiPriority w:val="99"/>
    <w:unhideWhenUsed/>
    <w:rsid w:val="0002289D"/>
    <w:pPr>
      <w:numPr>
        <w:numId w:val="10"/>
      </w:numPr>
      <w:tabs>
        <w:tab w:val="clear" w:pos="360"/>
      </w:tabs>
      <w:spacing w:after="100" w:line="259" w:lineRule="auto"/>
      <w:ind w:left="0" w:firstLine="0"/>
      <w:contextualSpacing/>
    </w:pPr>
    <w:rPr>
      <w:rFonts w:ascii="Liberation Sans" w:eastAsia="Liberation Sans" w:hAnsi="Liberation Sans" w:cs="Arial"/>
      <w:sz w:val="19"/>
      <w:szCs w:val="22"/>
      <w:lang w:val="en-US" w:eastAsia="en-US"/>
    </w:rPr>
  </w:style>
  <w:style w:type="paragraph" w:styleId="Puntoelenco2">
    <w:name w:val="List Bullet 2"/>
    <w:basedOn w:val="Normale"/>
    <w:uiPriority w:val="99"/>
    <w:unhideWhenUsed/>
    <w:rsid w:val="0002289D"/>
    <w:pPr>
      <w:numPr>
        <w:numId w:val="13"/>
      </w:numPr>
      <w:tabs>
        <w:tab w:val="clear" w:pos="720"/>
      </w:tabs>
      <w:spacing w:after="100" w:line="259" w:lineRule="auto"/>
      <w:ind w:left="0" w:firstLine="0"/>
      <w:contextualSpacing/>
    </w:pPr>
    <w:rPr>
      <w:rFonts w:ascii="Liberation Sans" w:eastAsia="Liberation Sans" w:hAnsi="Liberation Sans" w:cs="Arial"/>
      <w:sz w:val="19"/>
      <w:szCs w:val="22"/>
      <w:lang w:val="en-US" w:eastAsia="en-US"/>
    </w:rPr>
  </w:style>
  <w:style w:type="paragraph" w:styleId="Puntoelenco3">
    <w:name w:val="List Bullet 3"/>
    <w:basedOn w:val="Normale"/>
    <w:uiPriority w:val="99"/>
    <w:unhideWhenUsed/>
    <w:rsid w:val="0002289D"/>
    <w:pPr>
      <w:numPr>
        <w:numId w:val="22"/>
      </w:numPr>
      <w:tabs>
        <w:tab w:val="clear" w:pos="1080"/>
      </w:tabs>
      <w:spacing w:after="100" w:line="259" w:lineRule="auto"/>
      <w:ind w:left="0" w:firstLine="0"/>
      <w:contextualSpacing/>
    </w:pPr>
    <w:rPr>
      <w:rFonts w:ascii="Liberation Sans" w:eastAsia="Liberation Sans" w:hAnsi="Liberation Sans" w:cs="Arial"/>
      <w:sz w:val="20"/>
      <w:szCs w:val="22"/>
      <w:lang w:val="en-US" w:eastAsia="en-US"/>
    </w:rPr>
  </w:style>
  <w:style w:type="paragraph" w:styleId="Numeroelenco">
    <w:name w:val="List Number"/>
    <w:basedOn w:val="Normale"/>
    <w:uiPriority w:val="99"/>
    <w:unhideWhenUsed/>
    <w:rsid w:val="0002289D"/>
    <w:pPr>
      <w:numPr>
        <w:numId w:val="9"/>
      </w:numPr>
      <w:tabs>
        <w:tab w:val="clear" w:pos="360"/>
      </w:tabs>
      <w:spacing w:after="100" w:line="259" w:lineRule="auto"/>
      <w:ind w:left="0" w:firstLine="0"/>
      <w:contextualSpacing/>
    </w:pPr>
    <w:rPr>
      <w:rFonts w:ascii="Liberation Sans" w:eastAsia="Liberation Sans" w:hAnsi="Liberation Sans" w:cs="Arial"/>
      <w:sz w:val="19"/>
      <w:szCs w:val="22"/>
      <w:lang w:val="en-US" w:eastAsia="en-US"/>
    </w:rPr>
  </w:style>
  <w:style w:type="paragraph" w:styleId="Numeroelenco2">
    <w:name w:val="List Number 2"/>
    <w:basedOn w:val="Normale"/>
    <w:uiPriority w:val="99"/>
    <w:unhideWhenUsed/>
    <w:rsid w:val="0002289D"/>
    <w:pPr>
      <w:numPr>
        <w:numId w:val="25"/>
      </w:numPr>
      <w:tabs>
        <w:tab w:val="clear" w:pos="720"/>
      </w:tabs>
      <w:spacing w:after="100" w:line="259" w:lineRule="auto"/>
      <w:ind w:left="0" w:firstLine="0"/>
      <w:contextualSpacing/>
    </w:pPr>
    <w:rPr>
      <w:rFonts w:ascii="Liberation Sans" w:eastAsia="Liberation Sans" w:hAnsi="Liberation Sans" w:cs="Arial"/>
      <w:sz w:val="19"/>
      <w:szCs w:val="22"/>
      <w:lang w:val="en-US" w:eastAsia="en-US"/>
    </w:rPr>
  </w:style>
  <w:style w:type="paragraph" w:styleId="Numeroelenco3">
    <w:name w:val="List Number 3"/>
    <w:basedOn w:val="Normale"/>
    <w:uiPriority w:val="99"/>
    <w:unhideWhenUsed/>
    <w:rsid w:val="0002289D"/>
    <w:pPr>
      <w:numPr>
        <w:numId w:val="18"/>
      </w:numPr>
      <w:tabs>
        <w:tab w:val="clear" w:pos="1080"/>
      </w:tabs>
      <w:spacing w:after="100" w:line="259" w:lineRule="auto"/>
      <w:ind w:left="0" w:firstLine="0"/>
      <w:contextualSpacing/>
    </w:pPr>
    <w:rPr>
      <w:rFonts w:ascii="Liberation Sans" w:eastAsia="Liberation Sans" w:hAnsi="Liberation Sans" w:cs="Arial"/>
      <w:sz w:val="20"/>
      <w:szCs w:val="22"/>
      <w:lang w:val="en-US" w:eastAsia="en-US"/>
    </w:rPr>
  </w:style>
  <w:style w:type="paragraph" w:styleId="Elencocontinua">
    <w:name w:val="List Continue"/>
    <w:basedOn w:val="Normale"/>
    <w:uiPriority w:val="99"/>
    <w:unhideWhenUsed/>
    <w:rsid w:val="0002289D"/>
    <w:pPr>
      <w:spacing w:after="120" w:line="259" w:lineRule="auto"/>
      <w:ind w:left="360"/>
      <w:contextualSpacing/>
    </w:pPr>
    <w:rPr>
      <w:rFonts w:ascii="Liberation Sans" w:eastAsia="Liberation Sans" w:hAnsi="Liberation Sans" w:cs="Arial"/>
      <w:sz w:val="20"/>
      <w:szCs w:val="22"/>
      <w:lang w:val="en-US" w:eastAsia="en-US"/>
    </w:rPr>
  </w:style>
  <w:style w:type="paragraph" w:styleId="Elencocontinua2">
    <w:name w:val="List Continue 2"/>
    <w:basedOn w:val="Normale"/>
    <w:uiPriority w:val="99"/>
    <w:unhideWhenUsed/>
    <w:rsid w:val="0002289D"/>
    <w:pPr>
      <w:spacing w:after="120" w:line="259" w:lineRule="auto"/>
      <w:ind w:left="720"/>
      <w:contextualSpacing/>
    </w:pPr>
    <w:rPr>
      <w:rFonts w:ascii="Liberation Sans" w:eastAsia="Liberation Sans" w:hAnsi="Liberation Sans" w:cs="Arial"/>
      <w:sz w:val="20"/>
      <w:szCs w:val="22"/>
      <w:lang w:val="en-US" w:eastAsia="en-US"/>
    </w:rPr>
  </w:style>
  <w:style w:type="paragraph" w:styleId="Elencocontinua3">
    <w:name w:val="List Continue 3"/>
    <w:basedOn w:val="Normale"/>
    <w:uiPriority w:val="99"/>
    <w:unhideWhenUsed/>
    <w:rsid w:val="0002289D"/>
    <w:pPr>
      <w:spacing w:after="120" w:line="259" w:lineRule="auto"/>
      <w:ind w:left="1080"/>
      <w:contextualSpacing/>
    </w:pPr>
    <w:rPr>
      <w:rFonts w:ascii="Liberation Sans" w:eastAsia="Liberation Sans" w:hAnsi="Liberation Sans" w:cs="Arial"/>
      <w:sz w:val="20"/>
      <w:szCs w:val="22"/>
      <w:lang w:val="en-US" w:eastAsia="en-US"/>
    </w:rPr>
  </w:style>
  <w:style w:type="paragraph" w:customStyle="1" w:styleId="Didascalia1">
    <w:name w:val="Didascalia1"/>
    <w:basedOn w:val="Normale"/>
    <w:next w:val="Normale"/>
    <w:uiPriority w:val="35"/>
    <w:semiHidden/>
    <w:unhideWhenUsed/>
    <w:qFormat/>
    <w:rsid w:val="0002289D"/>
    <w:pPr>
      <w:spacing w:after="100"/>
    </w:pPr>
    <w:rPr>
      <w:rFonts w:ascii="Liberation Sans" w:eastAsia="Liberation Sans" w:hAnsi="Liberation Sans" w:cs="Arial"/>
      <w:b/>
      <w:bCs/>
      <w:color w:val="4472C4"/>
      <w:sz w:val="18"/>
      <w:szCs w:val="18"/>
      <w:lang w:val="en-US" w:eastAsia="en-US"/>
    </w:rPr>
  </w:style>
  <w:style w:type="character" w:customStyle="1" w:styleId="Enfasidelicata1">
    <w:name w:val="Enfasi delicata1"/>
    <w:basedOn w:val="Carpredefinitoparagrafo"/>
    <w:uiPriority w:val="19"/>
    <w:qFormat/>
    <w:rsid w:val="0002289D"/>
    <w:rPr>
      <w:i/>
      <w:iCs/>
      <w:color w:val="808080"/>
    </w:rPr>
  </w:style>
  <w:style w:type="character" w:customStyle="1" w:styleId="Enfasiintensa1">
    <w:name w:val="Enfasi intensa1"/>
    <w:basedOn w:val="Carpredefinitoparagrafo"/>
    <w:uiPriority w:val="21"/>
    <w:qFormat/>
    <w:rsid w:val="0002289D"/>
    <w:rPr>
      <w:b/>
      <w:bCs/>
      <w:i/>
      <w:iCs/>
      <w:color w:val="4472C4"/>
    </w:rPr>
  </w:style>
  <w:style w:type="character" w:customStyle="1" w:styleId="Riferimentodelicato1">
    <w:name w:val="Riferimento delicato1"/>
    <w:basedOn w:val="Carpredefinitoparagrafo"/>
    <w:uiPriority w:val="31"/>
    <w:qFormat/>
    <w:rsid w:val="0002289D"/>
    <w:rPr>
      <w:smallCaps/>
      <w:color w:val="ED7D31"/>
      <w:u w:val="single"/>
    </w:rPr>
  </w:style>
  <w:style w:type="character" w:customStyle="1" w:styleId="Riferimentointenso1">
    <w:name w:val="Riferimento intenso1"/>
    <w:basedOn w:val="Carpredefinitoparagrafo"/>
    <w:uiPriority w:val="32"/>
    <w:qFormat/>
    <w:rsid w:val="0002289D"/>
    <w:rPr>
      <w:b/>
      <w:bCs/>
      <w:smallCaps/>
      <w:color w:val="ED7D31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02289D"/>
    <w:rPr>
      <w:b/>
      <w:bCs/>
      <w:smallCaps/>
      <w:spacing w:val="5"/>
    </w:rPr>
  </w:style>
  <w:style w:type="paragraph" w:customStyle="1" w:styleId="Titolosommario1">
    <w:name w:val="Titolo sommario1"/>
    <w:basedOn w:val="Titolo1"/>
    <w:next w:val="Normale"/>
    <w:uiPriority w:val="39"/>
    <w:semiHidden/>
    <w:unhideWhenUsed/>
    <w:qFormat/>
    <w:rsid w:val="0002289D"/>
    <w:pPr>
      <w:keepLines/>
      <w:spacing w:before="220" w:after="100" w:line="259" w:lineRule="auto"/>
      <w:outlineLvl w:val="9"/>
    </w:pPr>
    <w:rPr>
      <w:rFonts w:eastAsia="Yu Gothic Light"/>
      <w:color w:val="17365D"/>
      <w:kern w:val="0"/>
      <w:szCs w:val="28"/>
      <w:lang w:val="en-US" w:eastAsia="en-US"/>
    </w:rPr>
  </w:style>
  <w:style w:type="table" w:customStyle="1" w:styleId="Grigliatabella3">
    <w:name w:val="Griglia tabella3"/>
    <w:basedOn w:val="TableNormal"/>
    <w:next w:val="Grigliatabella"/>
    <w:uiPriority w:val="59"/>
    <w:rsid w:val="0002289D"/>
    <w:rPr>
      <w:rFonts w:eastAsia="Yu Mincho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fondochiaro1">
    <w:name w:val="Sfondo chiaro1"/>
    <w:basedOn w:val="TableNormal"/>
    <w:next w:val="Sfondochiaro"/>
    <w:uiPriority w:val="60"/>
    <w:rsid w:val="0002289D"/>
    <w:rPr>
      <w:rFonts w:eastAsia="Yu Mincho"/>
      <w:color w:val="000000"/>
      <w:lang w:val="en-US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ghtShading-Accent1">
    <w:name w:val="Light Shading - Accent 1"/>
    <w:basedOn w:val="TableNormal"/>
    <w:uiPriority w:val="60"/>
    <w:rsid w:val="0002289D"/>
    <w:rPr>
      <w:rFonts w:eastAsia="Yu Mincho"/>
      <w:color w:val="2F5496"/>
      <w:lang w:val="en-US"/>
    </w:rPr>
    <w:tblPr>
      <w:tblStyleRowBandSize w:val="1"/>
      <w:tblStyleColBandSize w:val="1"/>
      <w:tblBorders>
        <w:top w:val="single" w:sz="8" w:space="0" w:color="4472C4"/>
        <w:bottom w:val="single" w:sz="8" w:space="0" w:color="4472C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/>
          <w:left w:val="nil"/>
          <w:bottom w:val="single" w:sz="8" w:space="0" w:color="4472C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/>
          <w:left w:val="nil"/>
          <w:bottom w:val="single" w:sz="8" w:space="0" w:color="4472C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</w:style>
  <w:style w:type="table" w:customStyle="1" w:styleId="LightShading-Accent2">
    <w:name w:val="Light Shading - Accent 2"/>
    <w:basedOn w:val="TableNormal"/>
    <w:uiPriority w:val="60"/>
    <w:rsid w:val="0002289D"/>
    <w:rPr>
      <w:rFonts w:eastAsia="Yu Mincho"/>
      <w:color w:val="C45911"/>
      <w:lang w:val="en-US"/>
    </w:rPr>
    <w:tblPr>
      <w:tblStyleRowBandSize w:val="1"/>
      <w:tblStyleColBandSize w:val="1"/>
      <w:tblBorders>
        <w:top w:val="single" w:sz="8" w:space="0" w:color="ED7D31"/>
        <w:bottom w:val="single" w:sz="8" w:space="0" w:color="ED7D3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/>
          <w:left w:val="nil"/>
          <w:bottom w:val="single" w:sz="8" w:space="0" w:color="ED7D3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/>
          <w:left w:val="nil"/>
          <w:bottom w:val="single" w:sz="8" w:space="0" w:color="ED7D3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/>
      </w:tcPr>
    </w:tblStylePr>
  </w:style>
  <w:style w:type="table" w:customStyle="1" w:styleId="LightShading-Accent3">
    <w:name w:val="Light Shading - Accent 3"/>
    <w:basedOn w:val="TableNormal"/>
    <w:uiPriority w:val="60"/>
    <w:rsid w:val="0002289D"/>
    <w:rPr>
      <w:rFonts w:eastAsia="Yu Mincho"/>
      <w:color w:val="7B7B7B"/>
      <w:lang w:val="en-US"/>
    </w:rPr>
    <w:tblPr>
      <w:tblStyleRowBandSize w:val="1"/>
      <w:tblStyleColBandSize w:val="1"/>
      <w:tblBorders>
        <w:top w:val="single" w:sz="8" w:space="0" w:color="A5A5A5"/>
        <w:bottom w:val="single" w:sz="8" w:space="0" w:color="A5A5A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/>
          <w:left w:val="nil"/>
          <w:bottom w:val="single" w:sz="8" w:space="0" w:color="A5A5A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/>
          <w:left w:val="nil"/>
          <w:bottom w:val="single" w:sz="8" w:space="0" w:color="A5A5A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/>
      </w:tcPr>
    </w:tblStylePr>
  </w:style>
  <w:style w:type="table" w:customStyle="1" w:styleId="LightShading-Accent4">
    <w:name w:val="Light Shading - Accent 4"/>
    <w:basedOn w:val="TableNormal"/>
    <w:uiPriority w:val="60"/>
    <w:rsid w:val="0002289D"/>
    <w:rPr>
      <w:rFonts w:eastAsia="Yu Mincho"/>
      <w:color w:val="BF8F00"/>
      <w:lang w:val="en-US"/>
    </w:rPr>
    <w:tblPr>
      <w:tblStyleRowBandSize w:val="1"/>
      <w:tblStyleColBandSize w:val="1"/>
      <w:tblBorders>
        <w:top w:val="single" w:sz="8" w:space="0" w:color="FFC000"/>
        <w:bottom w:val="single" w:sz="8" w:space="0" w:color="FFC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/>
          <w:left w:val="nil"/>
          <w:bottom w:val="single" w:sz="8" w:space="0" w:color="FFC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/>
          <w:left w:val="nil"/>
          <w:bottom w:val="single" w:sz="8" w:space="0" w:color="FFC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/>
      </w:tcPr>
    </w:tblStylePr>
  </w:style>
  <w:style w:type="table" w:customStyle="1" w:styleId="LightShading-Accent5">
    <w:name w:val="Light Shading - Accent 5"/>
    <w:basedOn w:val="TableNormal"/>
    <w:uiPriority w:val="60"/>
    <w:rsid w:val="0002289D"/>
    <w:rPr>
      <w:rFonts w:eastAsia="Yu Mincho"/>
      <w:color w:val="2E74B5"/>
      <w:lang w:val="en-US"/>
    </w:rPr>
    <w:tblPr>
      <w:tblStyleRowBandSize w:val="1"/>
      <w:tblStyleColBandSize w:val="1"/>
      <w:tblBorders>
        <w:top w:val="single" w:sz="8" w:space="0" w:color="5B9BD5"/>
        <w:bottom w:val="single" w:sz="8" w:space="0" w:color="5B9BD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LightShading-Accent6">
    <w:name w:val="Light Shading - Accent 6"/>
    <w:basedOn w:val="TableNormal"/>
    <w:uiPriority w:val="60"/>
    <w:rsid w:val="0002289D"/>
    <w:rPr>
      <w:rFonts w:eastAsia="Yu Mincho"/>
      <w:color w:val="538135"/>
      <w:lang w:val="en-US"/>
    </w:rPr>
    <w:tblPr>
      <w:tblStyleRowBandSize w:val="1"/>
      <w:tblStyleColBandSize w:val="1"/>
      <w:tblBorders>
        <w:top w:val="single" w:sz="8" w:space="0" w:color="70AD47"/>
        <w:bottom w:val="single" w:sz="8" w:space="0" w:color="70AD47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/>
          <w:left w:val="nil"/>
          <w:bottom w:val="single" w:sz="8" w:space="0" w:color="70AD47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/>
          <w:left w:val="nil"/>
          <w:bottom w:val="single" w:sz="8" w:space="0" w:color="70AD47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/>
      </w:tcPr>
    </w:tblStylePr>
  </w:style>
  <w:style w:type="table" w:customStyle="1" w:styleId="Elencochiaro1">
    <w:name w:val="Elenco chiaro1"/>
    <w:basedOn w:val="TableNormal"/>
    <w:next w:val="Elencochiaro"/>
    <w:uiPriority w:val="61"/>
    <w:rsid w:val="0002289D"/>
    <w:rPr>
      <w:rFonts w:eastAsia="Yu Mincho"/>
      <w:lang w:val="en-US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LightList-Accent1">
    <w:name w:val="Light List - Accent 1"/>
    <w:basedOn w:val="TableNormal"/>
    <w:uiPriority w:val="61"/>
    <w:rsid w:val="0002289D"/>
    <w:rPr>
      <w:rFonts w:eastAsia="Yu Mincho"/>
      <w:lang w:val="en-US"/>
    </w:rPr>
    <w:tblPr>
      <w:tblStyleRowBandSize w:val="1"/>
      <w:tblStyleColBandSize w:val="1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472C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  <w:tblStylePr w:type="band1Horz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</w:style>
  <w:style w:type="table" w:customStyle="1" w:styleId="LightList-Accent2">
    <w:name w:val="Light List - Accent 2"/>
    <w:basedOn w:val="TableNormal"/>
    <w:uiPriority w:val="61"/>
    <w:rsid w:val="0002289D"/>
    <w:rPr>
      <w:rFonts w:eastAsia="Yu Mincho"/>
      <w:lang w:val="en-US"/>
    </w:rPr>
    <w:tblPr>
      <w:tblStyleRowBandSize w:val="1"/>
      <w:tblStyleColBandSize w:val="1"/>
      <w:tblBorders>
        <w:top w:val="single" w:sz="8" w:space="0" w:color="ED7D31"/>
        <w:left w:val="single" w:sz="8" w:space="0" w:color="ED7D31"/>
        <w:bottom w:val="single" w:sz="8" w:space="0" w:color="ED7D31"/>
        <w:right w:val="single" w:sz="8" w:space="0" w:color="ED7D31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ED7D3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/>
          <w:left w:val="single" w:sz="8" w:space="0" w:color="ED7D31"/>
          <w:bottom w:val="single" w:sz="8" w:space="0" w:color="ED7D31"/>
          <w:right w:val="single" w:sz="8" w:space="0" w:color="ED7D3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/>
          <w:left w:val="single" w:sz="8" w:space="0" w:color="ED7D31"/>
          <w:bottom w:val="single" w:sz="8" w:space="0" w:color="ED7D31"/>
          <w:right w:val="single" w:sz="8" w:space="0" w:color="ED7D31"/>
        </w:tcBorders>
      </w:tcPr>
    </w:tblStylePr>
    <w:tblStylePr w:type="band1Horz">
      <w:tblPr/>
      <w:tcPr>
        <w:tcBorders>
          <w:top w:val="single" w:sz="8" w:space="0" w:color="ED7D31"/>
          <w:left w:val="single" w:sz="8" w:space="0" w:color="ED7D31"/>
          <w:bottom w:val="single" w:sz="8" w:space="0" w:color="ED7D31"/>
          <w:right w:val="single" w:sz="8" w:space="0" w:color="ED7D31"/>
        </w:tcBorders>
      </w:tcPr>
    </w:tblStylePr>
  </w:style>
  <w:style w:type="table" w:customStyle="1" w:styleId="LightList-Accent3">
    <w:name w:val="Light List - Accent 3"/>
    <w:basedOn w:val="TableNormal"/>
    <w:uiPriority w:val="61"/>
    <w:rsid w:val="0002289D"/>
    <w:rPr>
      <w:rFonts w:eastAsia="Yu Mincho"/>
      <w:lang w:val="en-US"/>
    </w:rPr>
    <w:tblPr>
      <w:tblStyleRowBandSize w:val="1"/>
      <w:tblStyleColBandSize w:val="1"/>
      <w:tblBorders>
        <w:top w:val="single" w:sz="8" w:space="0" w:color="A5A5A5"/>
        <w:left w:val="single" w:sz="8" w:space="0" w:color="A5A5A5"/>
        <w:bottom w:val="single" w:sz="8" w:space="0" w:color="A5A5A5"/>
        <w:right w:val="single" w:sz="8" w:space="0" w:color="A5A5A5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A5A5A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  <w:tblStylePr w:type="band1Horz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</w:style>
  <w:style w:type="table" w:customStyle="1" w:styleId="LightList-Accent4">
    <w:name w:val="Light List - Accent 4"/>
    <w:basedOn w:val="TableNormal"/>
    <w:uiPriority w:val="61"/>
    <w:rsid w:val="0002289D"/>
    <w:rPr>
      <w:rFonts w:eastAsia="Yu Mincho"/>
      <w:lang w:val="en-US"/>
    </w:rPr>
    <w:tblPr>
      <w:tblStyleRowBandSize w:val="1"/>
      <w:tblStyleColBandSize w:val="1"/>
      <w:tblBorders>
        <w:top w:val="single" w:sz="8" w:space="0" w:color="FFC000"/>
        <w:left w:val="single" w:sz="8" w:space="0" w:color="FFC000"/>
        <w:bottom w:val="single" w:sz="8" w:space="0" w:color="FFC000"/>
        <w:right w:val="single" w:sz="8" w:space="0" w:color="FFC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FC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/>
          <w:left w:val="single" w:sz="8" w:space="0" w:color="FFC000"/>
          <w:bottom w:val="single" w:sz="8" w:space="0" w:color="FFC000"/>
          <w:right w:val="single" w:sz="8" w:space="0" w:color="FFC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</w:tcBorders>
      </w:tcPr>
    </w:tblStylePr>
    <w:tblStylePr w:type="band1Horz">
      <w:tblPr/>
      <w:tcPr>
        <w:tc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</w:tcBorders>
      </w:tcPr>
    </w:tblStylePr>
  </w:style>
  <w:style w:type="table" w:customStyle="1" w:styleId="LightList-Accent5">
    <w:name w:val="Light List - Accent 5"/>
    <w:basedOn w:val="TableNormal"/>
    <w:uiPriority w:val="61"/>
    <w:rsid w:val="0002289D"/>
    <w:rPr>
      <w:rFonts w:eastAsia="Yu Mincho"/>
      <w:lang w:val="en-US"/>
    </w:rPr>
    <w:tblPr>
      <w:tblStyleRowBandSize w:val="1"/>
      <w:tblStyleColBandSize w:val="1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LightList-Accent6">
    <w:name w:val="Light List - Accent 6"/>
    <w:basedOn w:val="TableNormal"/>
    <w:uiPriority w:val="61"/>
    <w:rsid w:val="0002289D"/>
    <w:rPr>
      <w:rFonts w:eastAsia="Yu Mincho"/>
      <w:lang w:val="en-US"/>
    </w:rPr>
    <w:tblPr>
      <w:tblStyleRowBandSize w:val="1"/>
      <w:tblStyleColBandSize w:val="1"/>
      <w:tblBorders>
        <w:top w:val="single" w:sz="8" w:space="0" w:color="70AD47"/>
        <w:left w:val="single" w:sz="8" w:space="0" w:color="70AD47"/>
        <w:bottom w:val="single" w:sz="8" w:space="0" w:color="70AD47"/>
        <w:right w:val="single" w:sz="8" w:space="0" w:color="70AD47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70AD47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/>
          <w:left w:val="single" w:sz="8" w:space="0" w:color="70AD47"/>
          <w:bottom w:val="single" w:sz="8" w:space="0" w:color="70AD47"/>
          <w:right w:val="single" w:sz="8" w:space="0" w:color="70AD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/>
          <w:left w:val="single" w:sz="8" w:space="0" w:color="70AD47"/>
          <w:bottom w:val="single" w:sz="8" w:space="0" w:color="70AD47"/>
          <w:right w:val="single" w:sz="8" w:space="0" w:color="70AD47"/>
        </w:tcBorders>
      </w:tcPr>
    </w:tblStylePr>
    <w:tblStylePr w:type="band1Horz">
      <w:tblPr/>
      <w:tcPr>
        <w:tcBorders>
          <w:top w:val="single" w:sz="8" w:space="0" w:color="70AD47"/>
          <w:left w:val="single" w:sz="8" w:space="0" w:color="70AD47"/>
          <w:bottom w:val="single" w:sz="8" w:space="0" w:color="70AD47"/>
          <w:right w:val="single" w:sz="8" w:space="0" w:color="70AD47"/>
        </w:tcBorders>
      </w:tcPr>
    </w:tblStylePr>
  </w:style>
  <w:style w:type="table" w:customStyle="1" w:styleId="Grigliachiara1">
    <w:name w:val="Griglia chiara1"/>
    <w:basedOn w:val="TableNormal"/>
    <w:next w:val="Grigliachiara"/>
    <w:uiPriority w:val="62"/>
    <w:rsid w:val="0002289D"/>
    <w:rPr>
      <w:rFonts w:eastAsia="Yu Mincho"/>
      <w:lang w:val="en-US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libri Light" w:eastAsia="Yu Gothic Light" w:hAnsi="Calibri Light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libri Light" w:eastAsia="Yu Gothic Light" w:hAnsi="Calibri Light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libri Light" w:eastAsia="Yu Gothic Light" w:hAnsi="Calibri Light" w:cs="Times New Roman"/>
        <w:b/>
        <w:bCs/>
      </w:rPr>
    </w:tblStylePr>
    <w:tblStylePr w:type="lastCol">
      <w:rPr>
        <w:rFonts w:ascii="Calibri Light" w:eastAsia="Yu Gothic Light" w:hAnsi="Calibri Light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LightGrid-Accent1">
    <w:name w:val="Light Grid - Accent 1"/>
    <w:basedOn w:val="TableNormal"/>
    <w:uiPriority w:val="62"/>
    <w:rsid w:val="0002289D"/>
    <w:rPr>
      <w:rFonts w:eastAsia="Yu Mincho"/>
      <w:lang w:val="en-US"/>
    </w:rPr>
    <w:tblPr>
      <w:tblStyleRowBandSize w:val="1"/>
      <w:tblStyleColBandSize w:val="1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  <w:insideH w:val="single" w:sz="8" w:space="0" w:color="4472C4"/>
        <w:insideV w:val="single" w:sz="8" w:space="0" w:color="4472C4"/>
      </w:tblBorders>
    </w:tblPr>
    <w:tblStylePr w:type="firstRow">
      <w:pPr>
        <w:spacing w:before="0" w:after="0" w:line="240" w:lineRule="auto"/>
      </w:pPr>
      <w:rPr>
        <w:rFonts w:ascii="Calibri Light" w:eastAsia="Yu Gothic Light" w:hAnsi="Calibri Light" w:cs="Times New Roman"/>
        <w:b/>
        <w:bCs/>
      </w:rPr>
      <w:tblPr/>
      <w:tcPr>
        <w:tcBorders>
          <w:top w:val="single" w:sz="8" w:space="0" w:color="4472C4"/>
          <w:left w:val="single" w:sz="8" w:space="0" w:color="4472C4"/>
          <w:bottom w:val="single" w:sz="18" w:space="0" w:color="4472C4"/>
          <w:right w:val="single" w:sz="8" w:space="0" w:color="4472C4"/>
          <w:insideH w:val="nil"/>
          <w:insideV w:val="single" w:sz="8" w:space="0" w:color="4472C4"/>
        </w:tcBorders>
      </w:tcPr>
    </w:tblStylePr>
    <w:tblStylePr w:type="lastRow">
      <w:pPr>
        <w:spacing w:before="0" w:after="0" w:line="240" w:lineRule="auto"/>
      </w:pPr>
      <w:rPr>
        <w:rFonts w:ascii="Calibri Light" w:eastAsia="Yu Gothic Light" w:hAnsi="Calibri Light" w:cs="Times New Roman"/>
        <w:b/>
        <w:bCs/>
      </w:rPr>
      <w:tblPr/>
      <w:tcPr>
        <w:tcBorders>
          <w:top w:val="double" w:sz="6" w:space="0" w:color="4472C4"/>
          <w:left w:val="single" w:sz="8" w:space="0" w:color="4472C4"/>
          <w:bottom w:val="single" w:sz="8" w:space="0" w:color="4472C4"/>
          <w:right w:val="single" w:sz="8" w:space="0" w:color="4472C4"/>
          <w:insideH w:val="nil"/>
          <w:insideV w:val="single" w:sz="8" w:space="0" w:color="4472C4"/>
        </w:tcBorders>
      </w:tcPr>
    </w:tblStylePr>
    <w:tblStylePr w:type="firstCol">
      <w:rPr>
        <w:rFonts w:ascii="Calibri Light" w:eastAsia="Yu Gothic Light" w:hAnsi="Calibri Light" w:cs="Times New Roman"/>
        <w:b/>
        <w:bCs/>
      </w:rPr>
    </w:tblStylePr>
    <w:tblStylePr w:type="lastCol">
      <w:rPr>
        <w:rFonts w:ascii="Calibri Light" w:eastAsia="Yu Gothic Light" w:hAnsi="Calibri Light" w:cs="Times New Roman"/>
        <w:b/>
        <w:bCs/>
      </w:rPr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  <w:tblStylePr w:type="band1Vert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  <w:shd w:val="clear" w:color="auto" w:fill="D0DBF0"/>
      </w:tcPr>
    </w:tblStylePr>
    <w:tblStylePr w:type="band1Horz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  <w:insideV w:val="single" w:sz="8" w:space="0" w:color="4472C4"/>
        </w:tcBorders>
        <w:shd w:val="clear" w:color="auto" w:fill="D0DBF0"/>
      </w:tcPr>
    </w:tblStylePr>
    <w:tblStylePr w:type="band2Horz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  <w:insideV w:val="single" w:sz="8" w:space="0" w:color="4472C4"/>
        </w:tcBorders>
      </w:tcPr>
    </w:tblStylePr>
  </w:style>
  <w:style w:type="table" w:customStyle="1" w:styleId="LightGrid-Accent2">
    <w:name w:val="Light Grid - Accent 2"/>
    <w:basedOn w:val="TableNormal"/>
    <w:uiPriority w:val="62"/>
    <w:rsid w:val="0002289D"/>
    <w:rPr>
      <w:rFonts w:eastAsia="Yu Mincho"/>
      <w:lang w:val="en-US"/>
    </w:rPr>
    <w:tblPr>
      <w:tblStyleRowBandSize w:val="1"/>
      <w:tblStyleColBandSize w:val="1"/>
      <w:tblBorders>
        <w:top w:val="single" w:sz="8" w:space="0" w:color="ED7D31"/>
        <w:left w:val="single" w:sz="8" w:space="0" w:color="ED7D31"/>
        <w:bottom w:val="single" w:sz="8" w:space="0" w:color="ED7D31"/>
        <w:right w:val="single" w:sz="8" w:space="0" w:color="ED7D31"/>
        <w:insideH w:val="single" w:sz="8" w:space="0" w:color="ED7D31"/>
        <w:insideV w:val="single" w:sz="8" w:space="0" w:color="ED7D31"/>
      </w:tblBorders>
    </w:tblPr>
    <w:tblStylePr w:type="firstRow">
      <w:pPr>
        <w:spacing w:before="0" w:after="0" w:line="240" w:lineRule="auto"/>
      </w:pPr>
      <w:rPr>
        <w:rFonts w:ascii="Calibri Light" w:eastAsia="Yu Gothic Light" w:hAnsi="Calibri Light" w:cs="Times New Roman"/>
        <w:b/>
        <w:bCs/>
      </w:rPr>
      <w:tblPr/>
      <w:tcPr>
        <w:tcBorders>
          <w:top w:val="single" w:sz="8" w:space="0" w:color="ED7D31"/>
          <w:left w:val="single" w:sz="8" w:space="0" w:color="ED7D31"/>
          <w:bottom w:val="single" w:sz="18" w:space="0" w:color="ED7D31"/>
          <w:right w:val="single" w:sz="8" w:space="0" w:color="ED7D31"/>
          <w:insideH w:val="nil"/>
          <w:insideV w:val="single" w:sz="8" w:space="0" w:color="ED7D31"/>
        </w:tcBorders>
      </w:tcPr>
    </w:tblStylePr>
    <w:tblStylePr w:type="lastRow">
      <w:pPr>
        <w:spacing w:before="0" w:after="0" w:line="240" w:lineRule="auto"/>
      </w:pPr>
      <w:rPr>
        <w:rFonts w:ascii="Calibri Light" w:eastAsia="Yu Gothic Light" w:hAnsi="Calibri Light" w:cs="Times New Roman"/>
        <w:b/>
        <w:bCs/>
      </w:rPr>
      <w:tblPr/>
      <w:tcPr>
        <w:tcBorders>
          <w:top w:val="double" w:sz="6" w:space="0" w:color="ED7D31"/>
          <w:left w:val="single" w:sz="8" w:space="0" w:color="ED7D31"/>
          <w:bottom w:val="single" w:sz="8" w:space="0" w:color="ED7D31"/>
          <w:right w:val="single" w:sz="8" w:space="0" w:color="ED7D31"/>
          <w:insideH w:val="nil"/>
          <w:insideV w:val="single" w:sz="8" w:space="0" w:color="ED7D31"/>
        </w:tcBorders>
      </w:tcPr>
    </w:tblStylePr>
    <w:tblStylePr w:type="firstCol">
      <w:rPr>
        <w:rFonts w:ascii="Calibri Light" w:eastAsia="Yu Gothic Light" w:hAnsi="Calibri Light" w:cs="Times New Roman"/>
        <w:b/>
        <w:bCs/>
      </w:rPr>
    </w:tblStylePr>
    <w:tblStylePr w:type="lastCol">
      <w:rPr>
        <w:rFonts w:ascii="Calibri Light" w:eastAsia="Yu Gothic Light" w:hAnsi="Calibri Light" w:cs="Times New Roman"/>
        <w:b/>
        <w:bCs/>
      </w:rPr>
      <w:tblPr/>
      <w:tcPr>
        <w:tcBorders>
          <w:top w:val="single" w:sz="8" w:space="0" w:color="ED7D31"/>
          <w:left w:val="single" w:sz="8" w:space="0" w:color="ED7D31"/>
          <w:bottom w:val="single" w:sz="8" w:space="0" w:color="ED7D31"/>
          <w:right w:val="single" w:sz="8" w:space="0" w:color="ED7D31"/>
        </w:tcBorders>
      </w:tcPr>
    </w:tblStylePr>
    <w:tblStylePr w:type="band1Vert">
      <w:tblPr/>
      <w:tcPr>
        <w:tcBorders>
          <w:top w:val="single" w:sz="8" w:space="0" w:color="ED7D31"/>
          <w:left w:val="single" w:sz="8" w:space="0" w:color="ED7D31"/>
          <w:bottom w:val="single" w:sz="8" w:space="0" w:color="ED7D31"/>
          <w:right w:val="single" w:sz="8" w:space="0" w:color="ED7D31"/>
        </w:tcBorders>
        <w:shd w:val="clear" w:color="auto" w:fill="FADECB"/>
      </w:tcPr>
    </w:tblStylePr>
    <w:tblStylePr w:type="band1Horz">
      <w:tblPr/>
      <w:tcPr>
        <w:tcBorders>
          <w:top w:val="single" w:sz="8" w:space="0" w:color="ED7D31"/>
          <w:left w:val="single" w:sz="8" w:space="0" w:color="ED7D31"/>
          <w:bottom w:val="single" w:sz="8" w:space="0" w:color="ED7D31"/>
          <w:right w:val="single" w:sz="8" w:space="0" w:color="ED7D31"/>
          <w:insideV w:val="single" w:sz="8" w:space="0" w:color="ED7D31"/>
        </w:tcBorders>
        <w:shd w:val="clear" w:color="auto" w:fill="FADECB"/>
      </w:tcPr>
    </w:tblStylePr>
    <w:tblStylePr w:type="band2Horz">
      <w:tblPr/>
      <w:tcPr>
        <w:tcBorders>
          <w:top w:val="single" w:sz="8" w:space="0" w:color="ED7D31"/>
          <w:left w:val="single" w:sz="8" w:space="0" w:color="ED7D31"/>
          <w:bottom w:val="single" w:sz="8" w:space="0" w:color="ED7D31"/>
          <w:right w:val="single" w:sz="8" w:space="0" w:color="ED7D31"/>
          <w:insideV w:val="single" w:sz="8" w:space="0" w:color="ED7D31"/>
        </w:tcBorders>
      </w:tcPr>
    </w:tblStylePr>
  </w:style>
  <w:style w:type="table" w:customStyle="1" w:styleId="LightGrid-Accent3">
    <w:name w:val="Light Grid - Accent 3"/>
    <w:basedOn w:val="TableNormal"/>
    <w:uiPriority w:val="62"/>
    <w:rsid w:val="0002289D"/>
    <w:rPr>
      <w:rFonts w:eastAsia="Yu Mincho"/>
      <w:lang w:val="en-US"/>
    </w:rPr>
    <w:tblPr>
      <w:tblStyleRowBandSize w:val="1"/>
      <w:tblStyleColBandSize w:val="1"/>
      <w:tblBorders>
        <w:top w:val="single" w:sz="8" w:space="0" w:color="A5A5A5"/>
        <w:left w:val="single" w:sz="8" w:space="0" w:color="A5A5A5"/>
        <w:bottom w:val="single" w:sz="8" w:space="0" w:color="A5A5A5"/>
        <w:right w:val="single" w:sz="8" w:space="0" w:color="A5A5A5"/>
        <w:insideH w:val="single" w:sz="8" w:space="0" w:color="A5A5A5"/>
        <w:insideV w:val="single" w:sz="8" w:space="0" w:color="A5A5A5"/>
      </w:tblBorders>
    </w:tblPr>
    <w:tblStylePr w:type="firstRow">
      <w:pPr>
        <w:spacing w:before="0" w:after="0" w:line="240" w:lineRule="auto"/>
      </w:pPr>
      <w:rPr>
        <w:rFonts w:ascii="Calibri Light" w:eastAsia="Yu Gothic Light" w:hAnsi="Calibri Light" w:cs="Times New Roman"/>
        <w:b/>
        <w:bCs/>
      </w:rPr>
      <w:tblPr/>
      <w:tcPr>
        <w:tcBorders>
          <w:top w:val="single" w:sz="8" w:space="0" w:color="A5A5A5"/>
          <w:left w:val="single" w:sz="8" w:space="0" w:color="A5A5A5"/>
          <w:bottom w:val="single" w:sz="18" w:space="0" w:color="A5A5A5"/>
          <w:right w:val="single" w:sz="8" w:space="0" w:color="A5A5A5"/>
          <w:insideH w:val="nil"/>
          <w:insideV w:val="single" w:sz="8" w:space="0" w:color="A5A5A5"/>
        </w:tcBorders>
      </w:tcPr>
    </w:tblStylePr>
    <w:tblStylePr w:type="lastRow">
      <w:pPr>
        <w:spacing w:before="0" w:after="0" w:line="240" w:lineRule="auto"/>
      </w:pPr>
      <w:rPr>
        <w:rFonts w:ascii="Calibri Light" w:eastAsia="Yu Gothic Light" w:hAnsi="Calibri Light" w:cs="Times New Roman"/>
        <w:b/>
        <w:bCs/>
      </w:rPr>
      <w:tblPr/>
      <w:tcPr>
        <w:tcBorders>
          <w:top w:val="double" w:sz="6" w:space="0" w:color="A5A5A5"/>
          <w:left w:val="single" w:sz="8" w:space="0" w:color="A5A5A5"/>
          <w:bottom w:val="single" w:sz="8" w:space="0" w:color="A5A5A5"/>
          <w:right w:val="single" w:sz="8" w:space="0" w:color="A5A5A5"/>
          <w:insideH w:val="nil"/>
          <w:insideV w:val="single" w:sz="8" w:space="0" w:color="A5A5A5"/>
        </w:tcBorders>
      </w:tcPr>
    </w:tblStylePr>
    <w:tblStylePr w:type="firstCol">
      <w:rPr>
        <w:rFonts w:ascii="Calibri Light" w:eastAsia="Yu Gothic Light" w:hAnsi="Calibri Light" w:cs="Times New Roman"/>
        <w:b/>
        <w:bCs/>
      </w:rPr>
    </w:tblStylePr>
    <w:tblStylePr w:type="lastCol">
      <w:rPr>
        <w:rFonts w:ascii="Calibri Light" w:eastAsia="Yu Gothic Light" w:hAnsi="Calibri Light" w:cs="Times New Roman"/>
        <w:b/>
        <w:bCs/>
      </w:rPr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  <w:tblStylePr w:type="band1Vert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  <w:shd w:val="clear" w:color="auto" w:fill="E8E8E8"/>
      </w:tcPr>
    </w:tblStylePr>
    <w:tblStylePr w:type="band1Horz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  <w:insideV w:val="single" w:sz="8" w:space="0" w:color="A5A5A5"/>
        </w:tcBorders>
        <w:shd w:val="clear" w:color="auto" w:fill="E8E8E8"/>
      </w:tcPr>
    </w:tblStylePr>
    <w:tblStylePr w:type="band2Horz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  <w:insideV w:val="single" w:sz="8" w:space="0" w:color="A5A5A5"/>
        </w:tcBorders>
      </w:tcPr>
    </w:tblStylePr>
  </w:style>
  <w:style w:type="table" w:customStyle="1" w:styleId="LightGrid-Accent4">
    <w:name w:val="Light Grid - Accent 4"/>
    <w:basedOn w:val="TableNormal"/>
    <w:uiPriority w:val="62"/>
    <w:rsid w:val="0002289D"/>
    <w:rPr>
      <w:rFonts w:eastAsia="Yu Mincho"/>
      <w:lang w:val="en-US"/>
    </w:rPr>
    <w:tblPr>
      <w:tblStyleRowBandSize w:val="1"/>
      <w:tblStyleColBandSize w:val="1"/>
      <w:tblBorders>
        <w:top w:val="single" w:sz="8" w:space="0" w:color="FFC000"/>
        <w:left w:val="single" w:sz="8" w:space="0" w:color="FFC000"/>
        <w:bottom w:val="single" w:sz="8" w:space="0" w:color="FFC000"/>
        <w:right w:val="single" w:sz="8" w:space="0" w:color="FFC000"/>
        <w:insideH w:val="single" w:sz="8" w:space="0" w:color="FFC000"/>
        <w:insideV w:val="single" w:sz="8" w:space="0" w:color="FFC000"/>
      </w:tblBorders>
    </w:tblPr>
    <w:tblStylePr w:type="firstRow">
      <w:pPr>
        <w:spacing w:before="0" w:after="0" w:line="240" w:lineRule="auto"/>
      </w:pPr>
      <w:rPr>
        <w:rFonts w:ascii="Calibri Light" w:eastAsia="Yu Gothic Light" w:hAnsi="Calibri Light" w:cs="Times New Roman"/>
        <w:b/>
        <w:bCs/>
      </w:rPr>
      <w:tblPr/>
      <w:tcPr>
        <w:tcBorders>
          <w:top w:val="single" w:sz="8" w:space="0" w:color="FFC000"/>
          <w:left w:val="single" w:sz="8" w:space="0" w:color="FFC000"/>
          <w:bottom w:val="single" w:sz="18" w:space="0" w:color="FFC000"/>
          <w:right w:val="single" w:sz="8" w:space="0" w:color="FFC000"/>
          <w:insideH w:val="nil"/>
          <w:insideV w:val="single" w:sz="8" w:space="0" w:color="FFC000"/>
        </w:tcBorders>
      </w:tcPr>
    </w:tblStylePr>
    <w:tblStylePr w:type="lastRow">
      <w:pPr>
        <w:spacing w:before="0" w:after="0" w:line="240" w:lineRule="auto"/>
      </w:pPr>
      <w:rPr>
        <w:rFonts w:ascii="Calibri Light" w:eastAsia="Yu Gothic Light" w:hAnsi="Calibri Light" w:cs="Times New Roman"/>
        <w:b/>
        <w:bCs/>
      </w:rPr>
      <w:tblPr/>
      <w:tcPr>
        <w:tcBorders>
          <w:top w:val="double" w:sz="6" w:space="0" w:color="FFC000"/>
          <w:left w:val="single" w:sz="8" w:space="0" w:color="FFC000"/>
          <w:bottom w:val="single" w:sz="8" w:space="0" w:color="FFC000"/>
          <w:right w:val="single" w:sz="8" w:space="0" w:color="FFC000"/>
          <w:insideH w:val="nil"/>
          <w:insideV w:val="single" w:sz="8" w:space="0" w:color="FFC000"/>
        </w:tcBorders>
      </w:tcPr>
    </w:tblStylePr>
    <w:tblStylePr w:type="firstCol">
      <w:rPr>
        <w:rFonts w:ascii="Calibri Light" w:eastAsia="Yu Gothic Light" w:hAnsi="Calibri Light" w:cs="Times New Roman"/>
        <w:b/>
        <w:bCs/>
      </w:rPr>
    </w:tblStylePr>
    <w:tblStylePr w:type="lastCol">
      <w:rPr>
        <w:rFonts w:ascii="Calibri Light" w:eastAsia="Yu Gothic Light" w:hAnsi="Calibri Light" w:cs="Times New Roman"/>
        <w:b/>
        <w:bCs/>
      </w:rPr>
      <w:tblPr/>
      <w:tcPr>
        <w:tc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</w:tcBorders>
      </w:tcPr>
    </w:tblStylePr>
    <w:tblStylePr w:type="band1Vert">
      <w:tblPr/>
      <w:tcPr>
        <w:tc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</w:tcBorders>
        <w:shd w:val="clear" w:color="auto" w:fill="FFEFC0"/>
      </w:tcPr>
    </w:tblStylePr>
    <w:tblStylePr w:type="band1Horz">
      <w:tblPr/>
      <w:tcPr>
        <w:tc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cBorders>
        <w:shd w:val="clear" w:color="auto" w:fill="FFEFC0"/>
      </w:tcPr>
    </w:tblStylePr>
    <w:tblStylePr w:type="band2Horz">
      <w:tblPr/>
      <w:tcPr>
        <w:tc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cBorders>
      </w:tcPr>
    </w:tblStylePr>
  </w:style>
  <w:style w:type="table" w:customStyle="1" w:styleId="LightGrid-Accent5">
    <w:name w:val="Light Grid - Accent 5"/>
    <w:basedOn w:val="TableNormal"/>
    <w:uiPriority w:val="62"/>
    <w:rsid w:val="0002289D"/>
    <w:rPr>
      <w:rFonts w:eastAsia="Yu Mincho"/>
      <w:lang w:val="en-US"/>
    </w:rPr>
    <w:tblPr>
      <w:tblStyleRowBandSize w:val="1"/>
      <w:tblStyleColBandSize w:val="1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  <w:insideH w:val="single" w:sz="8" w:space="0" w:color="5B9BD5"/>
        <w:insideV w:val="single" w:sz="8" w:space="0" w:color="5B9BD5"/>
      </w:tblBorders>
    </w:tblPr>
    <w:tblStylePr w:type="firstRow">
      <w:pPr>
        <w:spacing w:before="0" w:after="0" w:line="240" w:lineRule="auto"/>
      </w:pPr>
      <w:rPr>
        <w:rFonts w:ascii="Calibri Light" w:eastAsia="Yu Gothic Light" w:hAnsi="Calibri Light" w:cs="Times New Roman"/>
        <w:b/>
        <w:bCs/>
      </w:rPr>
      <w:tblPr/>
      <w:tcPr>
        <w:tcBorders>
          <w:top w:val="single" w:sz="8" w:space="0" w:color="5B9BD5"/>
          <w:left w:val="single" w:sz="8" w:space="0" w:color="5B9BD5"/>
          <w:bottom w:val="single" w:sz="18" w:space="0" w:color="5B9BD5"/>
          <w:right w:val="single" w:sz="8" w:space="0" w:color="5B9BD5"/>
          <w:insideH w:val="nil"/>
          <w:insideV w:val="single" w:sz="8" w:space="0" w:color="5B9BD5"/>
        </w:tcBorders>
      </w:tcPr>
    </w:tblStylePr>
    <w:tblStylePr w:type="lastRow">
      <w:pPr>
        <w:spacing w:before="0" w:after="0" w:line="240" w:lineRule="auto"/>
      </w:pPr>
      <w:rPr>
        <w:rFonts w:ascii="Calibri Light" w:eastAsia="Yu Gothic Light" w:hAnsi="Calibri Light" w:cs="Times New Roman"/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  <w:insideH w:val="nil"/>
          <w:insideV w:val="single" w:sz="8" w:space="0" w:color="5B9BD5"/>
        </w:tcBorders>
      </w:tcPr>
    </w:tblStylePr>
    <w:tblStylePr w:type="firstCol">
      <w:rPr>
        <w:rFonts w:ascii="Calibri Light" w:eastAsia="Yu Gothic Light" w:hAnsi="Calibri Light" w:cs="Times New Roman"/>
        <w:b/>
        <w:bCs/>
      </w:rPr>
    </w:tblStylePr>
    <w:tblStylePr w:type="lastCol">
      <w:rPr>
        <w:rFonts w:ascii="Calibri Light" w:eastAsia="Yu Gothic Light" w:hAnsi="Calibri Light" w:cs="Times New Roman"/>
        <w:b/>
        <w:bCs/>
      </w:rPr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  <w:shd w:val="clear" w:color="auto" w:fill="D6E6F4"/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  <w:insideV w:val="single" w:sz="8" w:space="0" w:color="5B9BD5"/>
        </w:tcBorders>
        <w:shd w:val="clear" w:color="auto" w:fill="D6E6F4"/>
      </w:tcPr>
    </w:tblStylePr>
    <w:tblStylePr w:type="band2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  <w:insideV w:val="single" w:sz="8" w:space="0" w:color="5B9BD5"/>
        </w:tcBorders>
      </w:tcPr>
    </w:tblStylePr>
  </w:style>
  <w:style w:type="table" w:customStyle="1" w:styleId="LightGrid-Accent6">
    <w:name w:val="Light Grid - Accent 6"/>
    <w:basedOn w:val="TableNormal"/>
    <w:uiPriority w:val="62"/>
    <w:rsid w:val="0002289D"/>
    <w:rPr>
      <w:rFonts w:eastAsia="Yu Mincho"/>
      <w:lang w:val="en-US"/>
    </w:rPr>
    <w:tblPr>
      <w:tblStyleRowBandSize w:val="1"/>
      <w:tblStyleColBandSize w:val="1"/>
      <w:tblBorders>
        <w:top w:val="single" w:sz="8" w:space="0" w:color="70AD47"/>
        <w:left w:val="single" w:sz="8" w:space="0" w:color="70AD47"/>
        <w:bottom w:val="single" w:sz="8" w:space="0" w:color="70AD47"/>
        <w:right w:val="single" w:sz="8" w:space="0" w:color="70AD47"/>
        <w:insideH w:val="single" w:sz="8" w:space="0" w:color="70AD47"/>
        <w:insideV w:val="single" w:sz="8" w:space="0" w:color="70AD47"/>
      </w:tblBorders>
    </w:tblPr>
    <w:tblStylePr w:type="firstRow">
      <w:pPr>
        <w:spacing w:before="0" w:after="0" w:line="240" w:lineRule="auto"/>
      </w:pPr>
      <w:rPr>
        <w:rFonts w:ascii="Calibri Light" w:eastAsia="Yu Gothic Light" w:hAnsi="Calibri Light" w:cs="Times New Roman"/>
        <w:b/>
        <w:bCs/>
      </w:rPr>
      <w:tblPr/>
      <w:tcPr>
        <w:tcBorders>
          <w:top w:val="single" w:sz="8" w:space="0" w:color="70AD47"/>
          <w:left w:val="single" w:sz="8" w:space="0" w:color="70AD47"/>
          <w:bottom w:val="single" w:sz="18" w:space="0" w:color="70AD47"/>
          <w:right w:val="single" w:sz="8" w:space="0" w:color="70AD47"/>
          <w:insideH w:val="nil"/>
          <w:insideV w:val="single" w:sz="8" w:space="0" w:color="70AD47"/>
        </w:tcBorders>
      </w:tcPr>
    </w:tblStylePr>
    <w:tblStylePr w:type="lastRow">
      <w:pPr>
        <w:spacing w:before="0" w:after="0" w:line="240" w:lineRule="auto"/>
      </w:pPr>
      <w:rPr>
        <w:rFonts w:ascii="Calibri Light" w:eastAsia="Yu Gothic Light" w:hAnsi="Calibri Light" w:cs="Times New Roman"/>
        <w:b/>
        <w:bCs/>
      </w:rPr>
      <w:tblPr/>
      <w:tcPr>
        <w:tcBorders>
          <w:top w:val="double" w:sz="6" w:space="0" w:color="70AD47"/>
          <w:left w:val="single" w:sz="8" w:space="0" w:color="70AD47"/>
          <w:bottom w:val="single" w:sz="8" w:space="0" w:color="70AD47"/>
          <w:right w:val="single" w:sz="8" w:space="0" w:color="70AD47"/>
          <w:insideH w:val="nil"/>
          <w:insideV w:val="single" w:sz="8" w:space="0" w:color="70AD47"/>
        </w:tcBorders>
      </w:tcPr>
    </w:tblStylePr>
    <w:tblStylePr w:type="firstCol">
      <w:rPr>
        <w:rFonts w:ascii="Calibri Light" w:eastAsia="Yu Gothic Light" w:hAnsi="Calibri Light" w:cs="Times New Roman"/>
        <w:b/>
        <w:bCs/>
      </w:rPr>
    </w:tblStylePr>
    <w:tblStylePr w:type="lastCol">
      <w:rPr>
        <w:rFonts w:ascii="Calibri Light" w:eastAsia="Yu Gothic Light" w:hAnsi="Calibri Light" w:cs="Times New Roman"/>
        <w:b/>
        <w:bCs/>
      </w:rPr>
      <w:tblPr/>
      <w:tcPr>
        <w:tcBorders>
          <w:top w:val="single" w:sz="8" w:space="0" w:color="70AD47"/>
          <w:left w:val="single" w:sz="8" w:space="0" w:color="70AD47"/>
          <w:bottom w:val="single" w:sz="8" w:space="0" w:color="70AD47"/>
          <w:right w:val="single" w:sz="8" w:space="0" w:color="70AD47"/>
        </w:tcBorders>
      </w:tcPr>
    </w:tblStylePr>
    <w:tblStylePr w:type="band1Vert">
      <w:tblPr/>
      <w:tcPr>
        <w:tcBorders>
          <w:top w:val="single" w:sz="8" w:space="0" w:color="70AD47"/>
          <w:left w:val="single" w:sz="8" w:space="0" w:color="70AD47"/>
          <w:bottom w:val="single" w:sz="8" w:space="0" w:color="70AD47"/>
          <w:right w:val="single" w:sz="8" w:space="0" w:color="70AD47"/>
        </w:tcBorders>
        <w:shd w:val="clear" w:color="auto" w:fill="DBEBD0"/>
      </w:tcPr>
    </w:tblStylePr>
    <w:tblStylePr w:type="band1Horz">
      <w:tblPr/>
      <w:tcPr>
        <w:tcBorders>
          <w:top w:val="single" w:sz="8" w:space="0" w:color="70AD47"/>
          <w:left w:val="single" w:sz="8" w:space="0" w:color="70AD47"/>
          <w:bottom w:val="single" w:sz="8" w:space="0" w:color="70AD47"/>
          <w:right w:val="single" w:sz="8" w:space="0" w:color="70AD47"/>
          <w:insideV w:val="single" w:sz="8" w:space="0" w:color="70AD47"/>
        </w:tcBorders>
        <w:shd w:val="clear" w:color="auto" w:fill="DBEBD0"/>
      </w:tcPr>
    </w:tblStylePr>
    <w:tblStylePr w:type="band2Horz">
      <w:tblPr/>
      <w:tcPr>
        <w:tcBorders>
          <w:top w:val="single" w:sz="8" w:space="0" w:color="70AD47"/>
          <w:left w:val="single" w:sz="8" w:space="0" w:color="70AD47"/>
          <w:bottom w:val="single" w:sz="8" w:space="0" w:color="70AD47"/>
          <w:right w:val="single" w:sz="8" w:space="0" w:color="70AD47"/>
          <w:insideV w:val="single" w:sz="8" w:space="0" w:color="70AD47"/>
        </w:tcBorders>
      </w:tcPr>
    </w:tblStylePr>
  </w:style>
  <w:style w:type="table" w:customStyle="1" w:styleId="Sfondomedio11">
    <w:name w:val="Sfondo medio 11"/>
    <w:basedOn w:val="TableNormal"/>
    <w:next w:val="Sfondomedio1"/>
    <w:uiPriority w:val="63"/>
    <w:rsid w:val="0002289D"/>
    <w:rPr>
      <w:rFonts w:eastAsia="Yu Mincho"/>
      <w:lang w:val="en-US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1">
    <w:name w:val="Medium Shading 1 - Accent 1"/>
    <w:basedOn w:val="TableNormal"/>
    <w:uiPriority w:val="63"/>
    <w:rsid w:val="0002289D"/>
    <w:rPr>
      <w:rFonts w:eastAsia="Yu Mincho"/>
      <w:lang w:val="en-US"/>
    </w:rPr>
    <w:tblPr>
      <w:tblStyleRowBandSize w:val="1"/>
      <w:tblStyleColBandSize w:val="1"/>
      <w:tblBorders>
        <w:top w:val="single" w:sz="8" w:space="0" w:color="7295D2"/>
        <w:left w:val="single" w:sz="8" w:space="0" w:color="7295D2"/>
        <w:bottom w:val="single" w:sz="8" w:space="0" w:color="7295D2"/>
        <w:right w:val="single" w:sz="8" w:space="0" w:color="7295D2"/>
        <w:insideH w:val="single" w:sz="8" w:space="0" w:color="7295D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295D2"/>
          <w:left w:val="single" w:sz="8" w:space="0" w:color="7295D2"/>
          <w:bottom w:val="single" w:sz="8" w:space="0" w:color="7295D2"/>
          <w:right w:val="single" w:sz="8" w:space="0" w:color="7295D2"/>
          <w:insideH w:val="nil"/>
          <w:insideV w:val="nil"/>
        </w:tcBorders>
        <w:shd w:val="clear" w:color="auto" w:fill="4472C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/>
          <w:left w:val="single" w:sz="8" w:space="0" w:color="7295D2"/>
          <w:bottom w:val="single" w:sz="8" w:space="0" w:color="7295D2"/>
          <w:right w:val="single" w:sz="8" w:space="0" w:color="7295D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2">
    <w:name w:val="Medium Shading 1 - Accent 2"/>
    <w:basedOn w:val="TableNormal"/>
    <w:uiPriority w:val="63"/>
    <w:rsid w:val="0002289D"/>
    <w:rPr>
      <w:rFonts w:eastAsia="Yu Mincho"/>
      <w:lang w:val="en-US"/>
    </w:rPr>
    <w:tblPr>
      <w:tblStyleRowBandSize w:val="1"/>
      <w:tblStyleColBandSize w:val="1"/>
      <w:tblBorders>
        <w:top w:val="single" w:sz="8" w:space="0" w:color="F19D64"/>
        <w:left w:val="single" w:sz="8" w:space="0" w:color="F19D64"/>
        <w:bottom w:val="single" w:sz="8" w:space="0" w:color="F19D64"/>
        <w:right w:val="single" w:sz="8" w:space="0" w:color="F19D64"/>
        <w:insideH w:val="single" w:sz="8" w:space="0" w:color="F19D6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19D64"/>
          <w:left w:val="single" w:sz="8" w:space="0" w:color="F19D64"/>
          <w:bottom w:val="single" w:sz="8" w:space="0" w:color="F19D64"/>
          <w:right w:val="single" w:sz="8" w:space="0" w:color="F19D64"/>
          <w:insideH w:val="nil"/>
          <w:insideV w:val="nil"/>
        </w:tcBorders>
        <w:shd w:val="clear" w:color="auto" w:fill="ED7D3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/>
          <w:left w:val="single" w:sz="8" w:space="0" w:color="F19D64"/>
          <w:bottom w:val="single" w:sz="8" w:space="0" w:color="F19D64"/>
          <w:right w:val="single" w:sz="8" w:space="0" w:color="F19D6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3">
    <w:name w:val="Medium Shading 1 - Accent 3"/>
    <w:basedOn w:val="TableNormal"/>
    <w:uiPriority w:val="63"/>
    <w:rsid w:val="0002289D"/>
    <w:rPr>
      <w:rFonts w:eastAsia="Yu Mincho"/>
      <w:lang w:val="en-US"/>
    </w:rPr>
    <w:tblPr>
      <w:tblStyleRowBandSize w:val="1"/>
      <w:tblStyleColBandSize w:val="1"/>
      <w:tblBorders>
        <w:top w:val="single" w:sz="8" w:space="0" w:color="BBBBBB"/>
        <w:left w:val="single" w:sz="8" w:space="0" w:color="BBBBBB"/>
        <w:bottom w:val="single" w:sz="8" w:space="0" w:color="BBBBBB"/>
        <w:right w:val="single" w:sz="8" w:space="0" w:color="BBBBBB"/>
        <w:insideH w:val="single" w:sz="8" w:space="0" w:color="BBBBBB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BBBBB"/>
          <w:left w:val="single" w:sz="8" w:space="0" w:color="BBBBBB"/>
          <w:bottom w:val="single" w:sz="8" w:space="0" w:color="BBBBBB"/>
          <w:right w:val="single" w:sz="8" w:space="0" w:color="BBBBBB"/>
          <w:insideH w:val="nil"/>
          <w:insideV w:val="nil"/>
        </w:tcBorders>
        <w:shd w:val="clear" w:color="auto" w:fill="A5A5A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/>
          <w:left w:val="single" w:sz="8" w:space="0" w:color="BBBBBB"/>
          <w:bottom w:val="single" w:sz="8" w:space="0" w:color="BBBBBB"/>
          <w:right w:val="single" w:sz="8" w:space="0" w:color="BBBBBB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4">
    <w:name w:val="Medium Shading 1 - Accent 4"/>
    <w:basedOn w:val="TableNormal"/>
    <w:uiPriority w:val="63"/>
    <w:rsid w:val="0002289D"/>
    <w:rPr>
      <w:rFonts w:eastAsia="Yu Mincho"/>
      <w:lang w:val="en-US"/>
    </w:rPr>
    <w:tblPr>
      <w:tblStyleRowBandSize w:val="1"/>
      <w:tblStyleColBandSize w:val="1"/>
      <w:tblBorders>
        <w:top w:val="single" w:sz="8" w:space="0" w:color="FFCF40"/>
        <w:left w:val="single" w:sz="8" w:space="0" w:color="FFCF40"/>
        <w:bottom w:val="single" w:sz="8" w:space="0" w:color="FFCF40"/>
        <w:right w:val="single" w:sz="8" w:space="0" w:color="FFCF40"/>
        <w:insideH w:val="single" w:sz="8" w:space="0" w:color="FFCF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FCF40"/>
          <w:left w:val="single" w:sz="8" w:space="0" w:color="FFCF40"/>
          <w:bottom w:val="single" w:sz="8" w:space="0" w:color="FFCF40"/>
          <w:right w:val="single" w:sz="8" w:space="0" w:color="FFCF40"/>
          <w:insideH w:val="nil"/>
          <w:insideV w:val="nil"/>
        </w:tcBorders>
        <w:shd w:val="clear" w:color="auto" w:fill="FFC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/>
          <w:left w:val="single" w:sz="8" w:space="0" w:color="FFCF40"/>
          <w:bottom w:val="single" w:sz="8" w:space="0" w:color="FFCF40"/>
          <w:right w:val="single" w:sz="8" w:space="0" w:color="FFCF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5">
    <w:name w:val="Medium Shading 1 - Accent 5"/>
    <w:basedOn w:val="TableNormal"/>
    <w:uiPriority w:val="63"/>
    <w:rsid w:val="0002289D"/>
    <w:rPr>
      <w:rFonts w:eastAsia="Yu Mincho"/>
      <w:lang w:val="en-US"/>
    </w:rPr>
    <w:tblPr>
      <w:tblStyleRowBandSize w:val="1"/>
      <w:tblStyleColBandSize w:val="1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6">
    <w:name w:val="Medium Shading 1 - Accent 6"/>
    <w:basedOn w:val="TableNormal"/>
    <w:uiPriority w:val="63"/>
    <w:rsid w:val="0002289D"/>
    <w:rPr>
      <w:rFonts w:eastAsia="Yu Mincho"/>
      <w:lang w:val="en-US"/>
    </w:rPr>
    <w:tblPr>
      <w:tblStyleRowBandSize w:val="1"/>
      <w:tblStyleColBandSize w:val="1"/>
      <w:tblBorders>
        <w:top w:val="single" w:sz="8" w:space="0" w:color="93C571"/>
        <w:left w:val="single" w:sz="8" w:space="0" w:color="93C571"/>
        <w:bottom w:val="single" w:sz="8" w:space="0" w:color="93C571"/>
        <w:right w:val="single" w:sz="8" w:space="0" w:color="93C571"/>
        <w:insideH w:val="single" w:sz="8" w:space="0" w:color="93C571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3C571"/>
          <w:left w:val="single" w:sz="8" w:space="0" w:color="93C571"/>
          <w:bottom w:val="single" w:sz="8" w:space="0" w:color="93C571"/>
          <w:right w:val="single" w:sz="8" w:space="0" w:color="93C571"/>
          <w:insideH w:val="nil"/>
          <w:insideV w:val="nil"/>
        </w:tcBorders>
        <w:shd w:val="clear" w:color="auto" w:fill="70AD47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/>
          <w:left w:val="single" w:sz="8" w:space="0" w:color="93C571"/>
          <w:bottom w:val="single" w:sz="8" w:space="0" w:color="93C571"/>
          <w:right w:val="single" w:sz="8" w:space="0" w:color="93C57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Sfondomedio21">
    <w:name w:val="Sfondo medio 21"/>
    <w:basedOn w:val="TableNormal"/>
    <w:next w:val="Sfondomedio2"/>
    <w:uiPriority w:val="64"/>
    <w:rsid w:val="0002289D"/>
    <w:rPr>
      <w:rFonts w:eastAsia="Yu Mincho"/>
      <w:lang w:val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1">
    <w:name w:val="Medium Shading 2 - Accent 1"/>
    <w:basedOn w:val="TableNormal"/>
    <w:uiPriority w:val="64"/>
    <w:rsid w:val="0002289D"/>
    <w:rPr>
      <w:rFonts w:eastAsia="Yu Mincho"/>
      <w:lang w:val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2">
    <w:name w:val="Medium Shading 2 - Accent 2"/>
    <w:basedOn w:val="TableNormal"/>
    <w:uiPriority w:val="64"/>
    <w:rsid w:val="0002289D"/>
    <w:rPr>
      <w:rFonts w:eastAsia="Yu Mincho"/>
      <w:lang w:val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3">
    <w:name w:val="Medium Shading 2 - Accent 3"/>
    <w:basedOn w:val="TableNormal"/>
    <w:uiPriority w:val="64"/>
    <w:rsid w:val="0002289D"/>
    <w:rPr>
      <w:rFonts w:eastAsia="Yu Mincho"/>
      <w:lang w:val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4">
    <w:name w:val="Medium Shading 2 - Accent 4"/>
    <w:basedOn w:val="TableNormal"/>
    <w:uiPriority w:val="64"/>
    <w:rsid w:val="0002289D"/>
    <w:rPr>
      <w:rFonts w:eastAsia="Yu Mincho"/>
      <w:lang w:val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5">
    <w:name w:val="Medium Shading 2 - Accent 5"/>
    <w:basedOn w:val="TableNormal"/>
    <w:uiPriority w:val="64"/>
    <w:rsid w:val="0002289D"/>
    <w:rPr>
      <w:rFonts w:eastAsia="Yu Mincho"/>
      <w:lang w:val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6">
    <w:name w:val="Medium Shading 2 - Accent 6"/>
    <w:basedOn w:val="TableNormal"/>
    <w:uiPriority w:val="64"/>
    <w:rsid w:val="0002289D"/>
    <w:rPr>
      <w:rFonts w:eastAsia="Yu Mincho"/>
      <w:lang w:val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Elencomedio11">
    <w:name w:val="Elenco medio 11"/>
    <w:basedOn w:val="TableNormal"/>
    <w:next w:val="Elencomedio1"/>
    <w:uiPriority w:val="65"/>
    <w:rsid w:val="0002289D"/>
    <w:rPr>
      <w:rFonts w:eastAsia="Yu Mincho"/>
      <w:color w:val="000000"/>
      <w:lang w:val="en-US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libri Light" w:eastAsia="Yu Gothic Light" w:hAnsi="Calibri Light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44546A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customStyle="1" w:styleId="MediumList1-Accent1">
    <w:name w:val="Medium List 1 - Accent 1"/>
    <w:basedOn w:val="TableNormal"/>
    <w:uiPriority w:val="65"/>
    <w:rsid w:val="0002289D"/>
    <w:rPr>
      <w:rFonts w:eastAsia="Yu Mincho"/>
      <w:color w:val="000000"/>
      <w:lang w:val="en-US"/>
    </w:rPr>
    <w:tblPr>
      <w:tblStyleRowBandSize w:val="1"/>
      <w:tblStyleColBandSize w:val="1"/>
      <w:tblBorders>
        <w:top w:val="single" w:sz="8" w:space="0" w:color="4472C4"/>
        <w:bottom w:val="single" w:sz="8" w:space="0" w:color="4472C4"/>
      </w:tblBorders>
    </w:tblPr>
    <w:tblStylePr w:type="firstRow">
      <w:rPr>
        <w:rFonts w:ascii="Calibri Light" w:eastAsia="Yu Gothic Light" w:hAnsi="Calibri Light" w:cs="Times New Roman"/>
      </w:rPr>
      <w:tblPr/>
      <w:tcPr>
        <w:tcBorders>
          <w:top w:val="nil"/>
          <w:bottom w:val="single" w:sz="8" w:space="0" w:color="4472C4"/>
        </w:tcBorders>
      </w:tcPr>
    </w:tblStylePr>
    <w:tblStylePr w:type="lastRow">
      <w:rPr>
        <w:b/>
        <w:bCs/>
        <w:color w:val="44546A"/>
      </w:rPr>
      <w:tblPr/>
      <w:tcPr>
        <w:tcBorders>
          <w:top w:val="single" w:sz="8" w:space="0" w:color="4472C4"/>
          <w:bottom w:val="single" w:sz="8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/>
          <w:bottom w:val="single" w:sz="8" w:space="0" w:color="4472C4"/>
        </w:tcBorders>
      </w:tcPr>
    </w:tblStylePr>
    <w:tblStylePr w:type="band1Vert">
      <w:tblPr/>
      <w:tcPr>
        <w:shd w:val="clear" w:color="auto" w:fill="D0DBF0"/>
      </w:tcPr>
    </w:tblStylePr>
    <w:tblStylePr w:type="band1Horz">
      <w:tblPr/>
      <w:tcPr>
        <w:shd w:val="clear" w:color="auto" w:fill="D0DBF0"/>
      </w:tcPr>
    </w:tblStylePr>
  </w:style>
  <w:style w:type="table" w:customStyle="1" w:styleId="MediumList1-Accent2">
    <w:name w:val="Medium List 1 - Accent 2"/>
    <w:basedOn w:val="TableNormal"/>
    <w:uiPriority w:val="65"/>
    <w:rsid w:val="0002289D"/>
    <w:rPr>
      <w:rFonts w:eastAsia="Yu Mincho"/>
      <w:color w:val="000000"/>
      <w:lang w:val="en-US"/>
    </w:rPr>
    <w:tblPr>
      <w:tblStyleRowBandSize w:val="1"/>
      <w:tblStyleColBandSize w:val="1"/>
      <w:tblBorders>
        <w:top w:val="single" w:sz="8" w:space="0" w:color="ED7D31"/>
        <w:bottom w:val="single" w:sz="8" w:space="0" w:color="ED7D31"/>
      </w:tblBorders>
    </w:tblPr>
    <w:tblStylePr w:type="firstRow">
      <w:rPr>
        <w:rFonts w:ascii="Calibri Light" w:eastAsia="Yu Gothic Light" w:hAnsi="Calibri Light" w:cs="Times New Roman"/>
      </w:rPr>
      <w:tblPr/>
      <w:tcPr>
        <w:tcBorders>
          <w:top w:val="nil"/>
          <w:bottom w:val="single" w:sz="8" w:space="0" w:color="ED7D31"/>
        </w:tcBorders>
      </w:tcPr>
    </w:tblStylePr>
    <w:tblStylePr w:type="lastRow">
      <w:rPr>
        <w:b/>
        <w:bCs/>
        <w:color w:val="44546A"/>
      </w:rPr>
      <w:tblPr/>
      <w:tcPr>
        <w:tcBorders>
          <w:top w:val="single" w:sz="8" w:space="0" w:color="ED7D31"/>
          <w:bottom w:val="single" w:sz="8" w:space="0" w:color="ED7D3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/>
          <w:bottom w:val="single" w:sz="8" w:space="0" w:color="ED7D31"/>
        </w:tcBorders>
      </w:tcPr>
    </w:tblStylePr>
    <w:tblStylePr w:type="band1Vert">
      <w:tblPr/>
      <w:tcPr>
        <w:shd w:val="clear" w:color="auto" w:fill="FADECB"/>
      </w:tcPr>
    </w:tblStylePr>
    <w:tblStylePr w:type="band1Horz">
      <w:tblPr/>
      <w:tcPr>
        <w:shd w:val="clear" w:color="auto" w:fill="FADECB"/>
      </w:tcPr>
    </w:tblStylePr>
  </w:style>
  <w:style w:type="table" w:customStyle="1" w:styleId="MediumList1-Accent3">
    <w:name w:val="Medium List 1 - Accent 3"/>
    <w:basedOn w:val="TableNormal"/>
    <w:uiPriority w:val="65"/>
    <w:rsid w:val="0002289D"/>
    <w:rPr>
      <w:rFonts w:eastAsia="Yu Mincho"/>
      <w:color w:val="000000"/>
      <w:lang w:val="en-US"/>
    </w:rPr>
    <w:tblPr>
      <w:tblStyleRowBandSize w:val="1"/>
      <w:tblStyleColBandSize w:val="1"/>
      <w:tblBorders>
        <w:top w:val="single" w:sz="8" w:space="0" w:color="A5A5A5"/>
        <w:bottom w:val="single" w:sz="8" w:space="0" w:color="A5A5A5"/>
      </w:tblBorders>
    </w:tblPr>
    <w:tblStylePr w:type="firstRow">
      <w:rPr>
        <w:rFonts w:ascii="Calibri Light" w:eastAsia="Yu Gothic Light" w:hAnsi="Calibri Light" w:cs="Times New Roman"/>
      </w:rPr>
      <w:tblPr/>
      <w:tcPr>
        <w:tcBorders>
          <w:top w:val="nil"/>
          <w:bottom w:val="single" w:sz="8" w:space="0" w:color="A5A5A5"/>
        </w:tcBorders>
      </w:tcPr>
    </w:tblStylePr>
    <w:tblStylePr w:type="lastRow">
      <w:rPr>
        <w:b/>
        <w:bCs/>
        <w:color w:val="44546A"/>
      </w:rPr>
      <w:tblPr/>
      <w:tcPr>
        <w:tcBorders>
          <w:top w:val="single" w:sz="8" w:space="0" w:color="A5A5A5"/>
          <w:bottom w:val="single" w:sz="8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/>
          <w:bottom w:val="single" w:sz="8" w:space="0" w:color="A5A5A5"/>
        </w:tcBorders>
      </w:tcPr>
    </w:tblStylePr>
    <w:tblStylePr w:type="band1Vert">
      <w:tblPr/>
      <w:tcPr>
        <w:shd w:val="clear" w:color="auto" w:fill="E8E8E8"/>
      </w:tcPr>
    </w:tblStylePr>
    <w:tblStylePr w:type="band1Horz">
      <w:tblPr/>
      <w:tcPr>
        <w:shd w:val="clear" w:color="auto" w:fill="E8E8E8"/>
      </w:tcPr>
    </w:tblStylePr>
  </w:style>
  <w:style w:type="table" w:customStyle="1" w:styleId="MediumList1-Accent4">
    <w:name w:val="Medium List 1 - Accent 4"/>
    <w:basedOn w:val="TableNormal"/>
    <w:uiPriority w:val="65"/>
    <w:rsid w:val="0002289D"/>
    <w:rPr>
      <w:rFonts w:eastAsia="Yu Mincho"/>
      <w:color w:val="000000"/>
      <w:lang w:val="en-US"/>
    </w:rPr>
    <w:tblPr>
      <w:tblStyleRowBandSize w:val="1"/>
      <w:tblStyleColBandSize w:val="1"/>
      <w:tblBorders>
        <w:top w:val="single" w:sz="8" w:space="0" w:color="FFC000"/>
        <w:bottom w:val="single" w:sz="8" w:space="0" w:color="FFC000"/>
      </w:tblBorders>
    </w:tblPr>
    <w:tblStylePr w:type="firstRow">
      <w:rPr>
        <w:rFonts w:ascii="Calibri Light" w:eastAsia="Yu Gothic Light" w:hAnsi="Calibri Light" w:cs="Times New Roman"/>
      </w:rPr>
      <w:tblPr/>
      <w:tcPr>
        <w:tcBorders>
          <w:top w:val="nil"/>
          <w:bottom w:val="single" w:sz="8" w:space="0" w:color="FFC000"/>
        </w:tcBorders>
      </w:tcPr>
    </w:tblStylePr>
    <w:tblStylePr w:type="lastRow">
      <w:rPr>
        <w:b/>
        <w:bCs/>
        <w:color w:val="44546A"/>
      </w:rPr>
      <w:tblPr/>
      <w:tcPr>
        <w:tcBorders>
          <w:top w:val="single" w:sz="8" w:space="0" w:color="FFC000"/>
          <w:bottom w:val="single" w:sz="8" w:space="0" w:color="FFC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/>
          <w:bottom w:val="single" w:sz="8" w:space="0" w:color="FFC000"/>
        </w:tcBorders>
      </w:tcPr>
    </w:tblStylePr>
    <w:tblStylePr w:type="band1Vert">
      <w:tblPr/>
      <w:tcPr>
        <w:shd w:val="clear" w:color="auto" w:fill="FFEFC0"/>
      </w:tcPr>
    </w:tblStylePr>
    <w:tblStylePr w:type="band1Horz">
      <w:tblPr/>
      <w:tcPr>
        <w:shd w:val="clear" w:color="auto" w:fill="FFEFC0"/>
      </w:tcPr>
    </w:tblStylePr>
  </w:style>
  <w:style w:type="table" w:customStyle="1" w:styleId="MediumList1-Accent5">
    <w:name w:val="Medium List 1 - Accent 5"/>
    <w:basedOn w:val="TableNormal"/>
    <w:uiPriority w:val="65"/>
    <w:rsid w:val="0002289D"/>
    <w:rPr>
      <w:rFonts w:eastAsia="Yu Mincho"/>
      <w:color w:val="000000"/>
      <w:lang w:val="en-US"/>
    </w:rPr>
    <w:tblPr>
      <w:tblStyleRowBandSize w:val="1"/>
      <w:tblStyleColBandSize w:val="1"/>
      <w:tblBorders>
        <w:top w:val="single" w:sz="8" w:space="0" w:color="5B9BD5"/>
        <w:bottom w:val="single" w:sz="8" w:space="0" w:color="5B9BD5"/>
      </w:tblBorders>
    </w:tblPr>
    <w:tblStylePr w:type="firstRow">
      <w:rPr>
        <w:rFonts w:ascii="Calibri Light" w:eastAsia="Yu Gothic Light" w:hAnsi="Calibri Light" w:cs="Times New Roman"/>
      </w:rPr>
      <w:tblPr/>
      <w:tcPr>
        <w:tcBorders>
          <w:top w:val="nil"/>
          <w:bottom w:val="single" w:sz="8" w:space="0" w:color="5B9BD5"/>
        </w:tcBorders>
      </w:tcPr>
    </w:tblStylePr>
    <w:tblStylePr w:type="lastRow">
      <w:rPr>
        <w:b/>
        <w:bCs/>
        <w:color w:val="44546A"/>
      </w:rPr>
      <w:tblPr/>
      <w:tcPr>
        <w:tcBorders>
          <w:top w:val="single" w:sz="8" w:space="0" w:color="5B9BD5"/>
          <w:bottom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/>
          <w:bottom w:val="single" w:sz="8" w:space="0" w:color="5B9BD5"/>
        </w:tcBorders>
      </w:tcPr>
    </w:tblStylePr>
    <w:tblStylePr w:type="band1Vert">
      <w:tblPr/>
      <w:tcPr>
        <w:shd w:val="clear" w:color="auto" w:fill="D6E6F4"/>
      </w:tcPr>
    </w:tblStylePr>
    <w:tblStylePr w:type="band1Horz">
      <w:tblPr/>
      <w:tcPr>
        <w:shd w:val="clear" w:color="auto" w:fill="D6E6F4"/>
      </w:tcPr>
    </w:tblStylePr>
  </w:style>
  <w:style w:type="table" w:customStyle="1" w:styleId="MediumList1-Accent6">
    <w:name w:val="Medium List 1 - Accent 6"/>
    <w:basedOn w:val="TableNormal"/>
    <w:uiPriority w:val="65"/>
    <w:rsid w:val="0002289D"/>
    <w:rPr>
      <w:rFonts w:eastAsia="Yu Mincho"/>
      <w:color w:val="000000"/>
      <w:lang w:val="en-US"/>
    </w:rPr>
    <w:tblPr>
      <w:tblStyleRowBandSize w:val="1"/>
      <w:tblStyleColBandSize w:val="1"/>
      <w:tblBorders>
        <w:top w:val="single" w:sz="8" w:space="0" w:color="70AD47"/>
        <w:bottom w:val="single" w:sz="8" w:space="0" w:color="70AD47"/>
      </w:tblBorders>
    </w:tblPr>
    <w:tblStylePr w:type="firstRow">
      <w:rPr>
        <w:rFonts w:ascii="Calibri Light" w:eastAsia="Yu Gothic Light" w:hAnsi="Calibri Light" w:cs="Times New Roman"/>
      </w:rPr>
      <w:tblPr/>
      <w:tcPr>
        <w:tcBorders>
          <w:top w:val="nil"/>
          <w:bottom w:val="single" w:sz="8" w:space="0" w:color="70AD47"/>
        </w:tcBorders>
      </w:tcPr>
    </w:tblStylePr>
    <w:tblStylePr w:type="lastRow">
      <w:rPr>
        <w:b/>
        <w:bCs/>
        <w:color w:val="44546A"/>
      </w:rPr>
      <w:tblPr/>
      <w:tcPr>
        <w:tcBorders>
          <w:top w:val="single" w:sz="8" w:space="0" w:color="70AD47"/>
          <w:bottom w:val="single" w:sz="8" w:space="0" w:color="70AD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/>
          <w:bottom w:val="single" w:sz="8" w:space="0" w:color="70AD47"/>
        </w:tcBorders>
      </w:tcPr>
    </w:tblStylePr>
    <w:tblStylePr w:type="band1Vert">
      <w:tblPr/>
      <w:tcPr>
        <w:shd w:val="clear" w:color="auto" w:fill="DBEBD0"/>
      </w:tcPr>
    </w:tblStylePr>
    <w:tblStylePr w:type="band1Horz">
      <w:tblPr/>
      <w:tcPr>
        <w:shd w:val="clear" w:color="auto" w:fill="DBEBD0"/>
      </w:tcPr>
    </w:tblStylePr>
  </w:style>
  <w:style w:type="table" w:customStyle="1" w:styleId="Elencomedio21">
    <w:name w:val="Elenco medio 21"/>
    <w:basedOn w:val="TableNormal"/>
    <w:next w:val="Elencomedio2"/>
    <w:uiPriority w:val="66"/>
    <w:rsid w:val="0002289D"/>
    <w:rPr>
      <w:rFonts w:ascii="Calibri Light" w:eastAsia="Yu Gothic Light" w:hAnsi="Calibri Light" w:cs="Times New Roman"/>
      <w:color w:val="000000"/>
      <w:lang w:val="en-US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1">
    <w:name w:val="Medium List 2 - Accent 1"/>
    <w:basedOn w:val="TableNormal"/>
    <w:uiPriority w:val="66"/>
    <w:rsid w:val="0002289D"/>
    <w:rPr>
      <w:rFonts w:ascii="Calibri Light" w:eastAsia="Yu Gothic Light" w:hAnsi="Calibri Light" w:cs="Times New Roman"/>
      <w:color w:val="000000"/>
      <w:lang w:val="en-US"/>
    </w:rPr>
    <w:tblPr>
      <w:tblStyleRowBandSize w:val="1"/>
      <w:tblStyleColBandSize w:val="1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472C4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472C4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2">
    <w:name w:val="Medium List 2 - Accent 2"/>
    <w:basedOn w:val="TableNormal"/>
    <w:uiPriority w:val="66"/>
    <w:rsid w:val="0002289D"/>
    <w:rPr>
      <w:rFonts w:ascii="Calibri Light" w:eastAsia="Yu Gothic Light" w:hAnsi="Calibri Light" w:cs="Times New Roman"/>
      <w:color w:val="000000"/>
      <w:lang w:val="en-US"/>
    </w:rPr>
    <w:tblPr>
      <w:tblStyleRowBandSize w:val="1"/>
      <w:tblStyleColBandSize w:val="1"/>
      <w:tblBorders>
        <w:top w:val="single" w:sz="8" w:space="0" w:color="ED7D31"/>
        <w:left w:val="single" w:sz="8" w:space="0" w:color="ED7D31"/>
        <w:bottom w:val="single" w:sz="8" w:space="0" w:color="ED7D31"/>
        <w:right w:val="single" w:sz="8" w:space="0" w:color="ED7D3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ED7D31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ED7D31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3">
    <w:name w:val="Medium List 2 - Accent 3"/>
    <w:basedOn w:val="TableNormal"/>
    <w:uiPriority w:val="66"/>
    <w:rsid w:val="0002289D"/>
    <w:rPr>
      <w:rFonts w:ascii="Calibri Light" w:eastAsia="Yu Gothic Light" w:hAnsi="Calibri Light" w:cs="Times New Roman"/>
      <w:color w:val="000000"/>
      <w:lang w:val="en-US"/>
    </w:rPr>
    <w:tblPr>
      <w:tblStyleRowBandSize w:val="1"/>
      <w:tblStyleColBandSize w:val="1"/>
      <w:tblBorders>
        <w:top w:val="single" w:sz="8" w:space="0" w:color="A5A5A5"/>
        <w:left w:val="single" w:sz="8" w:space="0" w:color="A5A5A5"/>
        <w:bottom w:val="single" w:sz="8" w:space="0" w:color="A5A5A5"/>
        <w:right w:val="single" w:sz="8" w:space="0" w:color="A5A5A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A5A5A5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A5A5A5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4">
    <w:name w:val="Medium List 2 - Accent 4"/>
    <w:basedOn w:val="TableNormal"/>
    <w:uiPriority w:val="66"/>
    <w:rsid w:val="0002289D"/>
    <w:rPr>
      <w:rFonts w:ascii="Calibri Light" w:eastAsia="Yu Gothic Light" w:hAnsi="Calibri Light" w:cs="Times New Roman"/>
      <w:color w:val="000000"/>
      <w:lang w:val="en-US"/>
    </w:rPr>
    <w:tblPr>
      <w:tblStyleRowBandSize w:val="1"/>
      <w:tblStyleColBandSize w:val="1"/>
      <w:tblBorders>
        <w:top w:val="single" w:sz="8" w:space="0" w:color="FFC000"/>
        <w:left w:val="single" w:sz="8" w:space="0" w:color="FFC000"/>
        <w:bottom w:val="single" w:sz="8" w:space="0" w:color="FFC000"/>
        <w:right w:val="single" w:sz="8" w:space="0" w:color="FFC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FC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FC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5">
    <w:name w:val="Medium List 2 - Accent 5"/>
    <w:basedOn w:val="TableNormal"/>
    <w:uiPriority w:val="66"/>
    <w:rsid w:val="0002289D"/>
    <w:rPr>
      <w:rFonts w:ascii="Calibri Light" w:eastAsia="Yu Gothic Light" w:hAnsi="Calibri Light" w:cs="Times New Roman"/>
      <w:color w:val="000000"/>
      <w:lang w:val="en-US"/>
    </w:rPr>
    <w:tblPr>
      <w:tblStyleRowBandSize w:val="1"/>
      <w:tblStyleColBandSize w:val="1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5B9BD5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5B9BD5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6">
    <w:name w:val="Medium List 2 - Accent 6"/>
    <w:basedOn w:val="TableNormal"/>
    <w:uiPriority w:val="66"/>
    <w:rsid w:val="0002289D"/>
    <w:rPr>
      <w:rFonts w:ascii="Calibri Light" w:eastAsia="Yu Gothic Light" w:hAnsi="Calibri Light" w:cs="Times New Roman"/>
      <w:color w:val="000000"/>
      <w:lang w:val="en-US"/>
    </w:rPr>
    <w:tblPr>
      <w:tblStyleRowBandSize w:val="1"/>
      <w:tblStyleColBandSize w:val="1"/>
      <w:tblBorders>
        <w:top w:val="single" w:sz="8" w:space="0" w:color="70AD47"/>
        <w:left w:val="single" w:sz="8" w:space="0" w:color="70AD47"/>
        <w:bottom w:val="single" w:sz="8" w:space="0" w:color="70AD47"/>
        <w:right w:val="single" w:sz="8" w:space="0" w:color="70AD47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70AD47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70AD47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Grigliamedia11">
    <w:name w:val="Griglia media 11"/>
    <w:basedOn w:val="TableNormal"/>
    <w:next w:val="Grigliamedia1"/>
    <w:uiPriority w:val="67"/>
    <w:rsid w:val="0002289D"/>
    <w:rPr>
      <w:rFonts w:eastAsia="Yu Mincho"/>
      <w:lang w:val="en-US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customStyle="1" w:styleId="MediumGrid1-Accent1">
    <w:name w:val="Medium Grid 1 - Accent 1"/>
    <w:basedOn w:val="TableNormal"/>
    <w:uiPriority w:val="67"/>
    <w:rsid w:val="0002289D"/>
    <w:rPr>
      <w:rFonts w:eastAsia="Yu Mincho"/>
      <w:lang w:val="en-US"/>
    </w:rPr>
    <w:tblPr>
      <w:tblStyleRowBandSize w:val="1"/>
      <w:tblStyleColBandSize w:val="1"/>
      <w:tblBorders>
        <w:top w:val="single" w:sz="8" w:space="0" w:color="7295D2"/>
        <w:left w:val="single" w:sz="8" w:space="0" w:color="7295D2"/>
        <w:bottom w:val="single" w:sz="8" w:space="0" w:color="7295D2"/>
        <w:right w:val="single" w:sz="8" w:space="0" w:color="7295D2"/>
        <w:insideH w:val="single" w:sz="8" w:space="0" w:color="7295D2"/>
        <w:insideV w:val="single" w:sz="8" w:space="0" w:color="7295D2"/>
      </w:tblBorders>
    </w:tblPr>
    <w:tcPr>
      <w:shd w:val="clear" w:color="auto" w:fill="D0DBF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/>
      </w:tcPr>
    </w:tblStylePr>
    <w:tblStylePr w:type="band1Horz">
      <w:tblPr/>
      <w:tcPr>
        <w:shd w:val="clear" w:color="auto" w:fill="A1B8E1"/>
      </w:tcPr>
    </w:tblStylePr>
  </w:style>
  <w:style w:type="table" w:customStyle="1" w:styleId="MediumGrid1-Accent2">
    <w:name w:val="Medium Grid 1 - Accent 2"/>
    <w:basedOn w:val="TableNormal"/>
    <w:uiPriority w:val="67"/>
    <w:rsid w:val="0002289D"/>
    <w:rPr>
      <w:rFonts w:eastAsia="Yu Mincho"/>
      <w:lang w:val="en-US"/>
    </w:rPr>
    <w:tblPr>
      <w:tblStyleRowBandSize w:val="1"/>
      <w:tblStyleColBandSize w:val="1"/>
      <w:tblBorders>
        <w:top w:val="single" w:sz="8" w:space="0" w:color="F19D64"/>
        <w:left w:val="single" w:sz="8" w:space="0" w:color="F19D64"/>
        <w:bottom w:val="single" w:sz="8" w:space="0" w:color="F19D64"/>
        <w:right w:val="single" w:sz="8" w:space="0" w:color="F19D64"/>
        <w:insideH w:val="single" w:sz="8" w:space="0" w:color="F19D64"/>
        <w:insideV w:val="single" w:sz="8" w:space="0" w:color="F19D64"/>
      </w:tblBorders>
    </w:tblPr>
    <w:tcPr>
      <w:shd w:val="clear" w:color="auto" w:fill="FADECB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/>
      </w:tcPr>
    </w:tblStylePr>
    <w:tblStylePr w:type="band1Horz">
      <w:tblPr/>
      <w:tcPr>
        <w:shd w:val="clear" w:color="auto" w:fill="F6BE98"/>
      </w:tcPr>
    </w:tblStylePr>
  </w:style>
  <w:style w:type="table" w:customStyle="1" w:styleId="MediumGrid1-Accent3">
    <w:name w:val="Medium Grid 1 - Accent 3"/>
    <w:basedOn w:val="TableNormal"/>
    <w:uiPriority w:val="67"/>
    <w:rsid w:val="0002289D"/>
    <w:rPr>
      <w:rFonts w:eastAsia="Yu Mincho"/>
      <w:lang w:val="en-US"/>
    </w:rPr>
    <w:tblPr>
      <w:tblStyleRowBandSize w:val="1"/>
      <w:tblStyleColBandSize w:val="1"/>
      <w:tblBorders>
        <w:top w:val="single" w:sz="8" w:space="0" w:color="BBBBBB"/>
        <w:left w:val="single" w:sz="8" w:space="0" w:color="BBBBBB"/>
        <w:bottom w:val="single" w:sz="8" w:space="0" w:color="BBBBBB"/>
        <w:right w:val="single" w:sz="8" w:space="0" w:color="BBBBBB"/>
        <w:insideH w:val="single" w:sz="8" w:space="0" w:color="BBBBBB"/>
        <w:insideV w:val="single" w:sz="8" w:space="0" w:color="BBBBBB"/>
      </w:tblBorders>
    </w:tblPr>
    <w:tcPr>
      <w:shd w:val="clear" w:color="auto" w:fill="E8E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/>
      </w:tcPr>
    </w:tblStylePr>
    <w:tblStylePr w:type="band1Horz">
      <w:tblPr/>
      <w:tcPr>
        <w:shd w:val="clear" w:color="auto" w:fill="D2D2D2"/>
      </w:tcPr>
    </w:tblStylePr>
  </w:style>
  <w:style w:type="table" w:customStyle="1" w:styleId="MediumGrid1-Accent4">
    <w:name w:val="Medium Grid 1 - Accent 4"/>
    <w:basedOn w:val="TableNormal"/>
    <w:uiPriority w:val="67"/>
    <w:rsid w:val="0002289D"/>
    <w:rPr>
      <w:rFonts w:eastAsia="Yu Mincho"/>
      <w:lang w:val="en-US"/>
    </w:rPr>
    <w:tblPr>
      <w:tblStyleRowBandSize w:val="1"/>
      <w:tblStyleColBandSize w:val="1"/>
      <w:tblBorders>
        <w:top w:val="single" w:sz="8" w:space="0" w:color="FFCF40"/>
        <w:left w:val="single" w:sz="8" w:space="0" w:color="FFCF40"/>
        <w:bottom w:val="single" w:sz="8" w:space="0" w:color="FFCF40"/>
        <w:right w:val="single" w:sz="8" w:space="0" w:color="FFCF40"/>
        <w:insideH w:val="single" w:sz="8" w:space="0" w:color="FFCF40"/>
        <w:insideV w:val="single" w:sz="8" w:space="0" w:color="FFCF40"/>
      </w:tblBorders>
    </w:tblPr>
    <w:tcPr>
      <w:shd w:val="clear" w:color="auto" w:fill="FFEF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/>
      </w:tcPr>
    </w:tblStylePr>
    <w:tblStylePr w:type="band1Horz">
      <w:tblPr/>
      <w:tcPr>
        <w:shd w:val="clear" w:color="auto" w:fill="FFDF80"/>
      </w:tcPr>
    </w:tblStylePr>
  </w:style>
  <w:style w:type="table" w:customStyle="1" w:styleId="MediumGrid1-Accent5">
    <w:name w:val="Medium Grid 1 - Accent 5"/>
    <w:basedOn w:val="TableNormal"/>
    <w:uiPriority w:val="67"/>
    <w:rsid w:val="0002289D"/>
    <w:rPr>
      <w:rFonts w:eastAsia="Yu Mincho"/>
      <w:lang w:val="en-US"/>
    </w:rPr>
    <w:tblPr>
      <w:tblStyleRowBandSize w:val="1"/>
      <w:tblStyleColBandSize w:val="1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  <w:insideV w:val="single" w:sz="8" w:space="0" w:color="84B3DF"/>
      </w:tblBorders>
    </w:tblPr>
    <w:tcPr>
      <w:shd w:val="clear" w:color="auto" w:fill="D6E6F4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/>
      </w:tcPr>
    </w:tblStylePr>
    <w:tblStylePr w:type="band1Horz">
      <w:tblPr/>
      <w:tcPr>
        <w:shd w:val="clear" w:color="auto" w:fill="ADCCEA"/>
      </w:tcPr>
    </w:tblStylePr>
  </w:style>
  <w:style w:type="table" w:customStyle="1" w:styleId="MediumGrid1-Accent6">
    <w:name w:val="Medium Grid 1 - Accent 6"/>
    <w:basedOn w:val="TableNormal"/>
    <w:uiPriority w:val="67"/>
    <w:rsid w:val="0002289D"/>
    <w:rPr>
      <w:rFonts w:eastAsia="Yu Mincho"/>
      <w:lang w:val="en-US"/>
    </w:rPr>
    <w:tblPr>
      <w:tblStyleRowBandSize w:val="1"/>
      <w:tblStyleColBandSize w:val="1"/>
      <w:tblBorders>
        <w:top w:val="single" w:sz="8" w:space="0" w:color="93C571"/>
        <w:left w:val="single" w:sz="8" w:space="0" w:color="93C571"/>
        <w:bottom w:val="single" w:sz="8" w:space="0" w:color="93C571"/>
        <w:right w:val="single" w:sz="8" w:space="0" w:color="93C571"/>
        <w:insideH w:val="single" w:sz="8" w:space="0" w:color="93C571"/>
        <w:insideV w:val="single" w:sz="8" w:space="0" w:color="93C571"/>
      </w:tblBorders>
    </w:tblPr>
    <w:tcPr>
      <w:shd w:val="clear" w:color="auto" w:fill="DBEB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/>
      </w:tcPr>
    </w:tblStylePr>
    <w:tblStylePr w:type="band1Horz">
      <w:tblPr/>
      <w:tcPr>
        <w:shd w:val="clear" w:color="auto" w:fill="B7D8A0"/>
      </w:tcPr>
    </w:tblStylePr>
  </w:style>
  <w:style w:type="table" w:customStyle="1" w:styleId="Grigliamedia22">
    <w:name w:val="Griglia media 22"/>
    <w:basedOn w:val="TableNormal"/>
    <w:next w:val="Grigliamedia2"/>
    <w:uiPriority w:val="68"/>
    <w:rsid w:val="0002289D"/>
    <w:rPr>
      <w:rFonts w:ascii="Calibri Light" w:eastAsia="Yu Gothic Light" w:hAnsi="Calibri Light" w:cs="Times New Roman"/>
      <w:color w:val="000000"/>
      <w:lang w:val="en-US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customStyle="1" w:styleId="MediumGrid2-Accent1">
    <w:name w:val="Medium Grid 2 - Accent 1"/>
    <w:basedOn w:val="TableNormal"/>
    <w:uiPriority w:val="68"/>
    <w:rsid w:val="0002289D"/>
    <w:rPr>
      <w:rFonts w:ascii="Calibri Light" w:eastAsia="Yu Gothic Light" w:hAnsi="Calibri Light" w:cs="Times New Roman"/>
      <w:color w:val="000000"/>
      <w:lang w:val="en-US"/>
    </w:rPr>
    <w:tblPr>
      <w:tblStyleRowBandSize w:val="1"/>
      <w:tblStyleColBandSize w:val="1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  <w:insideH w:val="single" w:sz="8" w:space="0" w:color="4472C4"/>
        <w:insideV w:val="single" w:sz="8" w:space="0" w:color="4472C4"/>
      </w:tblBorders>
    </w:tblPr>
    <w:tcPr>
      <w:shd w:val="clear" w:color="auto" w:fill="D0DBF0"/>
    </w:tcPr>
    <w:tblStylePr w:type="firstRow">
      <w:rPr>
        <w:b/>
        <w:bCs/>
        <w:color w:val="000000"/>
      </w:rPr>
      <w:tblPr/>
      <w:tcPr>
        <w:shd w:val="clear" w:color="auto" w:fill="ECF1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/>
      </w:tcPr>
    </w:tblStylePr>
    <w:tblStylePr w:type="band1Vert">
      <w:tblPr/>
      <w:tcPr>
        <w:shd w:val="clear" w:color="auto" w:fill="A1B8E1"/>
      </w:tcPr>
    </w:tblStylePr>
    <w:tblStylePr w:type="band1Horz">
      <w:tblPr/>
      <w:tcPr>
        <w:tcBorders>
          <w:insideH w:val="single" w:sz="6" w:space="0" w:color="4472C4"/>
          <w:insideV w:val="single" w:sz="6" w:space="0" w:color="4472C4"/>
        </w:tcBorders>
        <w:shd w:val="clear" w:color="auto" w:fill="A1B8E1"/>
      </w:tcPr>
    </w:tblStylePr>
    <w:tblStylePr w:type="nwCell">
      <w:tblPr/>
      <w:tcPr>
        <w:shd w:val="clear" w:color="auto" w:fill="FFFFFF"/>
      </w:tcPr>
    </w:tblStylePr>
  </w:style>
  <w:style w:type="table" w:customStyle="1" w:styleId="MediumGrid2-Accent2">
    <w:name w:val="Medium Grid 2 - Accent 2"/>
    <w:basedOn w:val="TableNormal"/>
    <w:uiPriority w:val="68"/>
    <w:rsid w:val="0002289D"/>
    <w:rPr>
      <w:rFonts w:ascii="Calibri Light" w:eastAsia="Yu Gothic Light" w:hAnsi="Calibri Light" w:cs="Times New Roman"/>
      <w:color w:val="000000"/>
      <w:lang w:val="en-US"/>
    </w:rPr>
    <w:tblPr>
      <w:tblStyleRowBandSize w:val="1"/>
      <w:tblStyleColBandSize w:val="1"/>
      <w:tblBorders>
        <w:top w:val="single" w:sz="8" w:space="0" w:color="ED7D31"/>
        <w:left w:val="single" w:sz="8" w:space="0" w:color="ED7D31"/>
        <w:bottom w:val="single" w:sz="8" w:space="0" w:color="ED7D31"/>
        <w:right w:val="single" w:sz="8" w:space="0" w:color="ED7D31"/>
        <w:insideH w:val="single" w:sz="8" w:space="0" w:color="ED7D31"/>
        <w:insideV w:val="single" w:sz="8" w:space="0" w:color="ED7D31"/>
      </w:tblBorders>
    </w:tblPr>
    <w:tcPr>
      <w:shd w:val="clear" w:color="auto" w:fill="FADECB"/>
    </w:tcPr>
    <w:tblStylePr w:type="firstRow">
      <w:rPr>
        <w:b/>
        <w:bCs/>
        <w:color w:val="000000"/>
      </w:rPr>
      <w:tblPr/>
      <w:tcPr>
        <w:shd w:val="clear" w:color="auto" w:fill="FDF2EA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/>
      </w:tcPr>
    </w:tblStylePr>
    <w:tblStylePr w:type="band1Vert">
      <w:tblPr/>
      <w:tcPr>
        <w:shd w:val="clear" w:color="auto" w:fill="F6BE98"/>
      </w:tcPr>
    </w:tblStylePr>
    <w:tblStylePr w:type="band1Horz">
      <w:tblPr/>
      <w:tcPr>
        <w:tcBorders>
          <w:insideH w:val="single" w:sz="6" w:space="0" w:color="ED7D31"/>
          <w:insideV w:val="single" w:sz="6" w:space="0" w:color="ED7D31"/>
        </w:tcBorders>
        <w:shd w:val="clear" w:color="auto" w:fill="F6BE98"/>
      </w:tcPr>
    </w:tblStylePr>
    <w:tblStylePr w:type="nwCell">
      <w:tblPr/>
      <w:tcPr>
        <w:shd w:val="clear" w:color="auto" w:fill="FFFFFF"/>
      </w:tcPr>
    </w:tblStylePr>
  </w:style>
  <w:style w:type="table" w:customStyle="1" w:styleId="MediumGrid2-Accent3">
    <w:name w:val="Medium Grid 2 - Accent 3"/>
    <w:basedOn w:val="TableNormal"/>
    <w:uiPriority w:val="68"/>
    <w:rsid w:val="0002289D"/>
    <w:rPr>
      <w:rFonts w:ascii="Calibri Light" w:eastAsia="Yu Gothic Light" w:hAnsi="Calibri Light" w:cs="Times New Roman"/>
      <w:color w:val="000000"/>
      <w:lang w:val="en-US"/>
    </w:rPr>
    <w:tblPr>
      <w:tblStyleRowBandSize w:val="1"/>
      <w:tblStyleColBandSize w:val="1"/>
      <w:tblBorders>
        <w:top w:val="single" w:sz="8" w:space="0" w:color="A5A5A5"/>
        <w:left w:val="single" w:sz="8" w:space="0" w:color="A5A5A5"/>
        <w:bottom w:val="single" w:sz="8" w:space="0" w:color="A5A5A5"/>
        <w:right w:val="single" w:sz="8" w:space="0" w:color="A5A5A5"/>
        <w:insideH w:val="single" w:sz="8" w:space="0" w:color="A5A5A5"/>
        <w:insideV w:val="single" w:sz="8" w:space="0" w:color="A5A5A5"/>
      </w:tblBorders>
    </w:tblPr>
    <w:tcPr>
      <w:shd w:val="clear" w:color="auto" w:fill="E8E8E8"/>
    </w:tcPr>
    <w:tblStylePr w:type="firstRow">
      <w:rPr>
        <w:b/>
        <w:bCs/>
        <w:color w:val="000000"/>
      </w:rPr>
      <w:tblPr/>
      <w:tcPr>
        <w:shd w:val="clear" w:color="auto" w:fill="F6F6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/>
      </w:tcPr>
    </w:tblStylePr>
    <w:tblStylePr w:type="band1Vert">
      <w:tblPr/>
      <w:tcPr>
        <w:shd w:val="clear" w:color="auto" w:fill="D2D2D2"/>
      </w:tcPr>
    </w:tblStylePr>
    <w:tblStylePr w:type="band1Horz">
      <w:tblPr/>
      <w:tcPr>
        <w:tcBorders>
          <w:insideH w:val="single" w:sz="6" w:space="0" w:color="A5A5A5"/>
          <w:insideV w:val="single" w:sz="6" w:space="0" w:color="A5A5A5"/>
        </w:tcBorders>
        <w:shd w:val="clear" w:color="auto" w:fill="D2D2D2"/>
      </w:tcPr>
    </w:tblStylePr>
    <w:tblStylePr w:type="nwCell">
      <w:tblPr/>
      <w:tcPr>
        <w:shd w:val="clear" w:color="auto" w:fill="FFFFFF"/>
      </w:tcPr>
    </w:tblStylePr>
  </w:style>
  <w:style w:type="table" w:customStyle="1" w:styleId="MediumGrid2-Accent4">
    <w:name w:val="Medium Grid 2 - Accent 4"/>
    <w:basedOn w:val="TableNormal"/>
    <w:uiPriority w:val="68"/>
    <w:rsid w:val="0002289D"/>
    <w:rPr>
      <w:rFonts w:ascii="Calibri Light" w:eastAsia="Yu Gothic Light" w:hAnsi="Calibri Light" w:cs="Times New Roman"/>
      <w:color w:val="000000"/>
      <w:lang w:val="en-US"/>
    </w:rPr>
    <w:tblPr>
      <w:tblStyleRowBandSize w:val="1"/>
      <w:tblStyleColBandSize w:val="1"/>
      <w:tblBorders>
        <w:top w:val="single" w:sz="8" w:space="0" w:color="FFC000"/>
        <w:left w:val="single" w:sz="8" w:space="0" w:color="FFC000"/>
        <w:bottom w:val="single" w:sz="8" w:space="0" w:color="FFC000"/>
        <w:right w:val="single" w:sz="8" w:space="0" w:color="FFC000"/>
        <w:insideH w:val="single" w:sz="8" w:space="0" w:color="FFC000"/>
        <w:insideV w:val="single" w:sz="8" w:space="0" w:color="FFC000"/>
      </w:tblBorders>
    </w:tblPr>
    <w:tcPr>
      <w:shd w:val="clear" w:color="auto" w:fill="FFEFC0"/>
    </w:tcPr>
    <w:tblStylePr w:type="firstRow">
      <w:rPr>
        <w:b/>
        <w:bCs/>
        <w:color w:val="000000"/>
      </w:rPr>
      <w:tblPr/>
      <w:tcPr>
        <w:shd w:val="clear" w:color="auto" w:fill="FFF8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/>
      </w:tcPr>
    </w:tblStylePr>
    <w:tblStylePr w:type="band1Vert">
      <w:tblPr/>
      <w:tcPr>
        <w:shd w:val="clear" w:color="auto" w:fill="FFDF80"/>
      </w:tcPr>
    </w:tblStylePr>
    <w:tblStylePr w:type="band1Horz">
      <w:tblPr/>
      <w:tcPr>
        <w:tcBorders>
          <w:insideH w:val="single" w:sz="6" w:space="0" w:color="FFC000"/>
          <w:insideV w:val="single" w:sz="6" w:space="0" w:color="FFC000"/>
        </w:tcBorders>
        <w:shd w:val="clear" w:color="auto" w:fill="FFDF80"/>
      </w:tcPr>
    </w:tblStylePr>
    <w:tblStylePr w:type="nwCell">
      <w:tblPr/>
      <w:tcPr>
        <w:shd w:val="clear" w:color="auto" w:fill="FFFFFF"/>
      </w:tcPr>
    </w:tblStylePr>
  </w:style>
  <w:style w:type="table" w:customStyle="1" w:styleId="MediumGrid2-Accent5">
    <w:name w:val="Medium Grid 2 - Accent 5"/>
    <w:basedOn w:val="TableNormal"/>
    <w:uiPriority w:val="68"/>
    <w:rsid w:val="0002289D"/>
    <w:rPr>
      <w:rFonts w:ascii="Calibri Light" w:eastAsia="Yu Gothic Light" w:hAnsi="Calibri Light" w:cs="Times New Roman"/>
      <w:color w:val="000000"/>
      <w:lang w:val="en-US"/>
    </w:rPr>
    <w:tblPr>
      <w:tblStyleRowBandSize w:val="1"/>
      <w:tblStyleColBandSize w:val="1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  <w:insideH w:val="single" w:sz="8" w:space="0" w:color="5B9BD5"/>
        <w:insideV w:val="single" w:sz="8" w:space="0" w:color="5B9BD5"/>
      </w:tblBorders>
    </w:tblPr>
    <w:tcPr>
      <w:shd w:val="clear" w:color="auto" w:fill="D6E6F4"/>
    </w:tcPr>
    <w:tblStylePr w:type="firstRow">
      <w:rPr>
        <w:b/>
        <w:bCs/>
        <w:color w:val="000000"/>
      </w:rPr>
      <w:tblPr/>
      <w:tcPr>
        <w:shd w:val="clear" w:color="auto" w:fill="EEF5FB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/>
      </w:tcPr>
    </w:tblStylePr>
    <w:tblStylePr w:type="band1Vert">
      <w:tblPr/>
      <w:tcPr>
        <w:shd w:val="clear" w:color="auto" w:fill="ADCCEA"/>
      </w:tcPr>
    </w:tblStylePr>
    <w:tblStylePr w:type="band1Horz">
      <w:tblPr/>
      <w:tcPr>
        <w:tcBorders>
          <w:insideH w:val="single" w:sz="6" w:space="0" w:color="5B9BD5"/>
          <w:insideV w:val="single" w:sz="6" w:space="0" w:color="5B9BD5"/>
        </w:tcBorders>
        <w:shd w:val="clear" w:color="auto" w:fill="ADCCEA"/>
      </w:tcPr>
    </w:tblStylePr>
    <w:tblStylePr w:type="nwCell">
      <w:tblPr/>
      <w:tcPr>
        <w:shd w:val="clear" w:color="auto" w:fill="FFFFFF"/>
      </w:tcPr>
    </w:tblStylePr>
  </w:style>
  <w:style w:type="table" w:customStyle="1" w:styleId="MediumGrid2-Accent6">
    <w:name w:val="Medium Grid 2 - Accent 6"/>
    <w:basedOn w:val="TableNormal"/>
    <w:uiPriority w:val="68"/>
    <w:rsid w:val="0002289D"/>
    <w:rPr>
      <w:rFonts w:ascii="Calibri Light" w:eastAsia="Yu Gothic Light" w:hAnsi="Calibri Light" w:cs="Times New Roman"/>
      <w:color w:val="000000"/>
      <w:lang w:val="en-US"/>
    </w:rPr>
    <w:tblPr>
      <w:tblStyleRowBandSize w:val="1"/>
      <w:tblStyleColBandSize w:val="1"/>
      <w:tblBorders>
        <w:top w:val="single" w:sz="8" w:space="0" w:color="70AD47"/>
        <w:left w:val="single" w:sz="8" w:space="0" w:color="70AD47"/>
        <w:bottom w:val="single" w:sz="8" w:space="0" w:color="70AD47"/>
        <w:right w:val="single" w:sz="8" w:space="0" w:color="70AD47"/>
        <w:insideH w:val="single" w:sz="8" w:space="0" w:color="70AD47"/>
        <w:insideV w:val="single" w:sz="8" w:space="0" w:color="70AD47"/>
      </w:tblBorders>
    </w:tblPr>
    <w:tcPr>
      <w:shd w:val="clear" w:color="auto" w:fill="DBEBD0"/>
    </w:tcPr>
    <w:tblStylePr w:type="firstRow">
      <w:rPr>
        <w:b/>
        <w:bCs/>
        <w:color w:val="000000"/>
      </w:rPr>
      <w:tblPr/>
      <w:tcPr>
        <w:shd w:val="clear" w:color="auto" w:fill="F0F7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/>
      </w:tcPr>
    </w:tblStylePr>
    <w:tblStylePr w:type="band1Vert">
      <w:tblPr/>
      <w:tcPr>
        <w:shd w:val="clear" w:color="auto" w:fill="B7D8A0"/>
      </w:tcPr>
    </w:tblStylePr>
    <w:tblStylePr w:type="band1Horz">
      <w:tblPr/>
      <w:tcPr>
        <w:tcBorders>
          <w:insideH w:val="single" w:sz="6" w:space="0" w:color="70AD47"/>
          <w:insideV w:val="single" w:sz="6" w:space="0" w:color="70AD47"/>
        </w:tcBorders>
        <w:shd w:val="clear" w:color="auto" w:fill="B7D8A0"/>
      </w:tcPr>
    </w:tblStylePr>
    <w:tblStylePr w:type="nwCell">
      <w:tblPr/>
      <w:tcPr>
        <w:shd w:val="clear" w:color="auto" w:fill="FFFFFF"/>
      </w:tcPr>
    </w:tblStylePr>
  </w:style>
  <w:style w:type="table" w:customStyle="1" w:styleId="Grigliamedia31">
    <w:name w:val="Griglia media 31"/>
    <w:basedOn w:val="TableNormal"/>
    <w:next w:val="Grigliamedia3"/>
    <w:uiPriority w:val="69"/>
    <w:rsid w:val="0002289D"/>
    <w:rPr>
      <w:rFonts w:eastAsia="Yu Mincho"/>
      <w:lang w:val="en-US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customStyle="1" w:styleId="MediumGrid3-Accent1">
    <w:name w:val="Medium Grid 3 - Accent 1"/>
    <w:basedOn w:val="TableNormal"/>
    <w:uiPriority w:val="69"/>
    <w:rsid w:val="0002289D"/>
    <w:rPr>
      <w:rFonts w:eastAsia="Yu Mincho"/>
      <w:lang w:val="en-US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0DBF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472C4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472C4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472C4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472C4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1B8E1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1B8E1"/>
      </w:tcPr>
    </w:tblStylePr>
  </w:style>
  <w:style w:type="table" w:customStyle="1" w:styleId="MediumGrid3-Accent2">
    <w:name w:val="Medium Grid 3 - Accent 2"/>
    <w:basedOn w:val="TableNormal"/>
    <w:uiPriority w:val="69"/>
    <w:rsid w:val="0002289D"/>
    <w:rPr>
      <w:rFonts w:eastAsia="Yu Mincho"/>
      <w:lang w:val="en-US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ADECB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ED7D31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ED7D31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ED7D31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ED7D31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6BE98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6BE98"/>
      </w:tcPr>
    </w:tblStylePr>
  </w:style>
  <w:style w:type="table" w:customStyle="1" w:styleId="MediumGrid3-Accent3">
    <w:name w:val="Medium Grid 3 - Accent 3"/>
    <w:basedOn w:val="TableNormal"/>
    <w:uiPriority w:val="69"/>
    <w:rsid w:val="0002289D"/>
    <w:rPr>
      <w:rFonts w:eastAsia="Yu Mincho"/>
      <w:lang w:val="en-US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8E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A5A5A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A5A5A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A5A5A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A5A5A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2D2D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2D2D2"/>
      </w:tcPr>
    </w:tblStylePr>
  </w:style>
  <w:style w:type="table" w:customStyle="1" w:styleId="MediumGrid3-Accent4">
    <w:name w:val="Medium Grid 3 - Accent 4"/>
    <w:basedOn w:val="TableNormal"/>
    <w:uiPriority w:val="69"/>
    <w:rsid w:val="0002289D"/>
    <w:rPr>
      <w:rFonts w:eastAsia="Yu Mincho"/>
      <w:lang w:val="en-US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FEF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FC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FC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FC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FC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FDF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FDF80"/>
      </w:tcPr>
    </w:tblStylePr>
  </w:style>
  <w:style w:type="table" w:customStyle="1" w:styleId="MediumGrid3-Accent5">
    <w:name w:val="Medium Grid 3 - Accent 5"/>
    <w:basedOn w:val="TableNormal"/>
    <w:uiPriority w:val="69"/>
    <w:rsid w:val="0002289D"/>
    <w:rPr>
      <w:rFonts w:eastAsia="Yu Mincho"/>
      <w:lang w:val="en-US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MediumGrid3-Accent6">
    <w:name w:val="Medium Grid 3 - Accent 6"/>
    <w:basedOn w:val="TableNormal"/>
    <w:uiPriority w:val="69"/>
    <w:rsid w:val="0002289D"/>
    <w:rPr>
      <w:rFonts w:eastAsia="Yu Mincho"/>
      <w:lang w:val="en-US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BEB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70AD47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70AD47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70AD47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70AD47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7D8A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7D8A0"/>
      </w:tcPr>
    </w:tblStylePr>
  </w:style>
  <w:style w:type="table" w:customStyle="1" w:styleId="Elencoscuro1">
    <w:name w:val="Elenco scuro1"/>
    <w:basedOn w:val="TableNormal"/>
    <w:next w:val="Elencoscuro"/>
    <w:uiPriority w:val="70"/>
    <w:rsid w:val="0002289D"/>
    <w:rPr>
      <w:rFonts w:eastAsia="Yu Mincho"/>
      <w:color w:val="FFFFFF"/>
      <w:lang w:val="en-US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customStyle="1" w:styleId="DarkList-Accent1">
    <w:name w:val="Dark List - Accent 1"/>
    <w:basedOn w:val="TableNormal"/>
    <w:uiPriority w:val="70"/>
    <w:rsid w:val="0002289D"/>
    <w:rPr>
      <w:rFonts w:eastAsia="Yu Mincho"/>
      <w:color w:val="FFFFFF"/>
      <w:lang w:val="en-US"/>
    </w:rPr>
    <w:tblPr>
      <w:tblStyleRowBandSize w:val="1"/>
      <w:tblStyleColBandSize w:val="1"/>
    </w:tblPr>
    <w:tcPr>
      <w:shd w:val="clear" w:color="auto" w:fill="4472C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1F376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2F5496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2F549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/>
      </w:tcPr>
    </w:tblStylePr>
  </w:style>
  <w:style w:type="table" w:customStyle="1" w:styleId="DarkList-Accent2">
    <w:name w:val="Dark List - Accent 2"/>
    <w:basedOn w:val="TableNormal"/>
    <w:uiPriority w:val="70"/>
    <w:rsid w:val="0002289D"/>
    <w:rPr>
      <w:rFonts w:eastAsia="Yu Mincho"/>
      <w:color w:val="FFFFFF"/>
      <w:lang w:val="en-US"/>
    </w:rPr>
    <w:tblPr>
      <w:tblStyleRowBandSize w:val="1"/>
      <w:tblStyleColBandSize w:val="1"/>
    </w:tblPr>
    <w:tcPr>
      <w:shd w:val="clear" w:color="auto" w:fill="ED7D3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823B0B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C4591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C4591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/>
      </w:tcPr>
    </w:tblStylePr>
  </w:style>
  <w:style w:type="table" w:customStyle="1" w:styleId="DarkList-Accent3">
    <w:name w:val="Dark List - Accent 3"/>
    <w:basedOn w:val="TableNormal"/>
    <w:uiPriority w:val="70"/>
    <w:rsid w:val="0002289D"/>
    <w:rPr>
      <w:rFonts w:eastAsia="Yu Mincho"/>
      <w:color w:val="FFFFFF"/>
      <w:lang w:val="en-US"/>
    </w:rPr>
    <w:tblPr>
      <w:tblStyleRowBandSize w:val="1"/>
      <w:tblStyleColBandSize w:val="1"/>
    </w:tblPr>
    <w:tcPr>
      <w:shd w:val="clear" w:color="auto" w:fill="A5A5A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52525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B7B7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B7B7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/>
      </w:tcPr>
    </w:tblStylePr>
  </w:style>
  <w:style w:type="table" w:customStyle="1" w:styleId="DarkList-Accent4">
    <w:name w:val="Dark List - Accent 4"/>
    <w:basedOn w:val="TableNormal"/>
    <w:uiPriority w:val="70"/>
    <w:rsid w:val="0002289D"/>
    <w:rPr>
      <w:rFonts w:eastAsia="Yu Mincho"/>
      <w:color w:val="FFFFFF"/>
      <w:lang w:val="en-US"/>
    </w:rPr>
    <w:tblPr>
      <w:tblStyleRowBandSize w:val="1"/>
      <w:tblStyleColBandSize w:val="1"/>
    </w:tblPr>
    <w:tcPr>
      <w:shd w:val="clear" w:color="auto" w:fill="FFC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7F5F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BF8F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BF8F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/>
      </w:tcPr>
    </w:tblStylePr>
  </w:style>
  <w:style w:type="table" w:customStyle="1" w:styleId="DarkList-Accent5">
    <w:name w:val="Dark List - Accent 5"/>
    <w:basedOn w:val="TableNormal"/>
    <w:uiPriority w:val="70"/>
    <w:rsid w:val="0002289D"/>
    <w:rPr>
      <w:rFonts w:eastAsia="Yu Mincho"/>
      <w:color w:val="FFFFFF"/>
      <w:lang w:val="en-US"/>
    </w:rPr>
    <w:tblPr>
      <w:tblStyleRowBandSize w:val="1"/>
      <w:tblStyleColBandSize w:val="1"/>
    </w:tblPr>
    <w:tcPr>
      <w:shd w:val="clear" w:color="auto" w:fill="5B9BD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1F4D7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2E74B5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2E74B5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/>
      </w:tcPr>
    </w:tblStylePr>
  </w:style>
  <w:style w:type="table" w:customStyle="1" w:styleId="DarkList-Accent6">
    <w:name w:val="Dark List - Accent 6"/>
    <w:basedOn w:val="TableNormal"/>
    <w:uiPriority w:val="70"/>
    <w:rsid w:val="0002289D"/>
    <w:rPr>
      <w:rFonts w:eastAsia="Yu Mincho"/>
      <w:color w:val="FFFFFF"/>
      <w:lang w:val="en-US"/>
    </w:rPr>
    <w:tblPr>
      <w:tblStyleRowBandSize w:val="1"/>
      <w:tblStyleColBandSize w:val="1"/>
    </w:tblPr>
    <w:tcPr>
      <w:shd w:val="clear" w:color="auto" w:fill="70AD47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756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38135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38135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/>
      </w:tcPr>
    </w:tblStylePr>
  </w:style>
  <w:style w:type="table" w:customStyle="1" w:styleId="Sfondoacolori1">
    <w:name w:val="Sfondo a colori1"/>
    <w:basedOn w:val="TableNormal"/>
    <w:next w:val="Sfondoacolori"/>
    <w:uiPriority w:val="71"/>
    <w:rsid w:val="0002289D"/>
    <w:rPr>
      <w:rFonts w:eastAsia="Yu Mincho"/>
      <w:color w:val="000000"/>
      <w:lang w:val="en-US"/>
    </w:rPr>
    <w:tblPr>
      <w:tblStyleRowBandSize w:val="1"/>
      <w:tblStyleColBandSize w:val="1"/>
      <w:tblBorders>
        <w:top w:val="single" w:sz="24" w:space="0" w:color="ED7D31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1">
    <w:name w:val="Colorful Shading - Accent 1"/>
    <w:basedOn w:val="TableNormal"/>
    <w:uiPriority w:val="71"/>
    <w:rsid w:val="0002289D"/>
    <w:rPr>
      <w:rFonts w:eastAsia="Yu Mincho"/>
      <w:color w:val="000000"/>
      <w:lang w:val="en-US"/>
    </w:rPr>
    <w:tblPr>
      <w:tblStyleRowBandSize w:val="1"/>
      <w:tblStyleColBandSize w:val="1"/>
      <w:tblBorders>
        <w:top w:val="single" w:sz="24" w:space="0" w:color="ED7D31"/>
        <w:left w:val="single" w:sz="4" w:space="0" w:color="4472C4"/>
        <w:bottom w:val="single" w:sz="4" w:space="0" w:color="4472C4"/>
        <w:right w:val="single" w:sz="4" w:space="0" w:color="4472C4"/>
        <w:insideH w:val="single" w:sz="4" w:space="0" w:color="FFFFFF"/>
        <w:insideV w:val="single" w:sz="4" w:space="0" w:color="FFFFFF"/>
      </w:tblBorders>
    </w:tblPr>
    <w:tcPr>
      <w:shd w:val="clear" w:color="auto" w:fill="ECF1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6437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64378"/>
          <w:insideV w:val="nil"/>
        </w:tcBorders>
        <w:shd w:val="clear" w:color="auto" w:fill="26437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/>
      </w:tcPr>
    </w:tblStylePr>
    <w:tblStylePr w:type="band1Vert">
      <w:tblPr/>
      <w:tcPr>
        <w:shd w:val="clear" w:color="auto" w:fill="B4C6E7"/>
      </w:tcPr>
    </w:tblStylePr>
    <w:tblStylePr w:type="band1Horz">
      <w:tblPr/>
      <w:tcPr>
        <w:shd w:val="clear" w:color="auto" w:fill="A1B8E1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2">
    <w:name w:val="Colorful Shading - Accent 2"/>
    <w:basedOn w:val="TableNormal"/>
    <w:uiPriority w:val="71"/>
    <w:rsid w:val="0002289D"/>
    <w:rPr>
      <w:rFonts w:eastAsia="Yu Mincho"/>
      <w:color w:val="000000"/>
      <w:lang w:val="en-US"/>
    </w:rPr>
    <w:tblPr>
      <w:tblStyleRowBandSize w:val="1"/>
      <w:tblStyleColBandSize w:val="1"/>
      <w:tblBorders>
        <w:top w:val="single" w:sz="24" w:space="0" w:color="ED7D31"/>
        <w:left w:val="single" w:sz="4" w:space="0" w:color="ED7D31"/>
        <w:bottom w:val="single" w:sz="4" w:space="0" w:color="ED7D31"/>
        <w:right w:val="single" w:sz="4" w:space="0" w:color="ED7D31"/>
        <w:insideH w:val="single" w:sz="4" w:space="0" w:color="FFFFFF"/>
        <w:insideV w:val="single" w:sz="4" w:space="0" w:color="FFFFFF"/>
      </w:tblBorders>
    </w:tblPr>
    <w:tcPr>
      <w:shd w:val="clear" w:color="auto" w:fill="FDF2EA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9D470D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9D470D"/>
          <w:insideV w:val="nil"/>
        </w:tcBorders>
        <w:shd w:val="clear" w:color="auto" w:fill="9D470D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/>
      </w:tcPr>
    </w:tblStylePr>
    <w:tblStylePr w:type="band1Vert">
      <w:tblPr/>
      <w:tcPr>
        <w:shd w:val="clear" w:color="auto" w:fill="F7CAAC"/>
      </w:tcPr>
    </w:tblStylePr>
    <w:tblStylePr w:type="band1Horz">
      <w:tblPr/>
      <w:tcPr>
        <w:shd w:val="clear" w:color="auto" w:fill="F6BE98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3">
    <w:name w:val="Colorful Shading - Accent 3"/>
    <w:basedOn w:val="TableNormal"/>
    <w:uiPriority w:val="71"/>
    <w:rsid w:val="0002289D"/>
    <w:rPr>
      <w:rFonts w:eastAsia="Yu Mincho"/>
      <w:color w:val="000000"/>
      <w:lang w:val="en-US"/>
    </w:rPr>
    <w:tblPr>
      <w:tblStyleRowBandSize w:val="1"/>
      <w:tblStyleColBandSize w:val="1"/>
      <w:tblBorders>
        <w:top w:val="single" w:sz="24" w:space="0" w:color="FFC000"/>
        <w:left w:val="single" w:sz="4" w:space="0" w:color="A5A5A5"/>
        <w:bottom w:val="single" w:sz="4" w:space="0" w:color="A5A5A5"/>
        <w:right w:val="single" w:sz="4" w:space="0" w:color="A5A5A5"/>
        <w:insideH w:val="single" w:sz="4" w:space="0" w:color="FFFFFF"/>
        <w:insideV w:val="single" w:sz="4" w:space="0" w:color="FFFFFF"/>
      </w:tblBorders>
    </w:tblPr>
    <w:tcPr>
      <w:shd w:val="clear" w:color="auto" w:fill="F6F6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636363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636363"/>
          <w:insideV w:val="nil"/>
        </w:tcBorders>
        <w:shd w:val="clear" w:color="auto" w:fill="636363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/>
      </w:tcPr>
    </w:tblStylePr>
    <w:tblStylePr w:type="band1Vert">
      <w:tblPr/>
      <w:tcPr>
        <w:shd w:val="clear" w:color="auto" w:fill="DBDBDB"/>
      </w:tcPr>
    </w:tblStylePr>
    <w:tblStylePr w:type="band1Horz">
      <w:tblPr/>
      <w:tcPr>
        <w:shd w:val="clear" w:color="auto" w:fill="D2D2D2"/>
      </w:tcPr>
    </w:tblStylePr>
  </w:style>
  <w:style w:type="table" w:customStyle="1" w:styleId="ColorfulShading-Accent4">
    <w:name w:val="Colorful Shading - Accent 4"/>
    <w:basedOn w:val="TableNormal"/>
    <w:uiPriority w:val="71"/>
    <w:rsid w:val="0002289D"/>
    <w:rPr>
      <w:rFonts w:eastAsia="Yu Mincho"/>
      <w:color w:val="000000"/>
      <w:lang w:val="en-US"/>
    </w:rPr>
    <w:tblPr>
      <w:tblStyleRowBandSize w:val="1"/>
      <w:tblStyleColBandSize w:val="1"/>
      <w:tblBorders>
        <w:top w:val="single" w:sz="24" w:space="0" w:color="A5A5A5"/>
        <w:left w:val="single" w:sz="4" w:space="0" w:color="FFC000"/>
        <w:bottom w:val="single" w:sz="4" w:space="0" w:color="FFC000"/>
        <w:right w:val="single" w:sz="4" w:space="0" w:color="FFC000"/>
        <w:insideH w:val="single" w:sz="4" w:space="0" w:color="FFFFFF"/>
        <w:insideV w:val="single" w:sz="4" w:space="0" w:color="FFFFFF"/>
      </w:tblBorders>
    </w:tblPr>
    <w:tcPr>
      <w:shd w:val="clear" w:color="auto" w:fill="FFF8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9973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997300"/>
          <w:insideV w:val="nil"/>
        </w:tcBorders>
        <w:shd w:val="clear" w:color="auto" w:fill="9973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/>
      </w:tcPr>
    </w:tblStylePr>
    <w:tblStylePr w:type="band1Vert">
      <w:tblPr/>
      <w:tcPr>
        <w:shd w:val="clear" w:color="auto" w:fill="FFE599"/>
      </w:tcPr>
    </w:tblStylePr>
    <w:tblStylePr w:type="band1Horz">
      <w:tblPr/>
      <w:tcPr>
        <w:shd w:val="clear" w:color="auto" w:fill="FFDF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5">
    <w:name w:val="Colorful Shading - Accent 5"/>
    <w:basedOn w:val="TableNormal"/>
    <w:uiPriority w:val="71"/>
    <w:rsid w:val="0002289D"/>
    <w:rPr>
      <w:rFonts w:eastAsia="Yu Mincho"/>
      <w:color w:val="000000"/>
      <w:lang w:val="en-US"/>
    </w:rPr>
    <w:tblPr>
      <w:tblStyleRowBandSize w:val="1"/>
      <w:tblStyleColBandSize w:val="1"/>
      <w:tblBorders>
        <w:top w:val="single" w:sz="24" w:space="0" w:color="70AD47"/>
        <w:left w:val="single" w:sz="4" w:space="0" w:color="5B9BD5"/>
        <w:bottom w:val="single" w:sz="4" w:space="0" w:color="5B9BD5"/>
        <w:right w:val="single" w:sz="4" w:space="0" w:color="5B9BD5"/>
        <w:insideH w:val="single" w:sz="4" w:space="0" w:color="FFFFFF"/>
        <w:insideV w:val="single" w:sz="4" w:space="0" w:color="FFFFFF"/>
      </w:tblBorders>
    </w:tblPr>
    <w:tcPr>
      <w:shd w:val="clear" w:color="auto" w:fill="EEF5FB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55D91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55D91"/>
          <w:insideV w:val="nil"/>
        </w:tcBorders>
        <w:shd w:val="clear" w:color="auto" w:fill="255D91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/>
      </w:tcPr>
    </w:tblStylePr>
    <w:tblStylePr w:type="band1Vert">
      <w:tblPr/>
      <w:tcPr>
        <w:shd w:val="clear" w:color="auto" w:fill="BDD6EE"/>
      </w:tcPr>
    </w:tblStylePr>
    <w:tblStylePr w:type="band1Horz">
      <w:tblPr/>
      <w:tcPr>
        <w:shd w:val="clear" w:color="auto" w:fill="ADCCEA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6">
    <w:name w:val="Colorful Shading - Accent 6"/>
    <w:basedOn w:val="TableNormal"/>
    <w:uiPriority w:val="71"/>
    <w:rsid w:val="0002289D"/>
    <w:rPr>
      <w:rFonts w:eastAsia="Yu Mincho"/>
      <w:color w:val="000000"/>
      <w:lang w:val="en-US"/>
    </w:rPr>
    <w:tblPr>
      <w:tblStyleRowBandSize w:val="1"/>
      <w:tblStyleColBandSize w:val="1"/>
      <w:tblBorders>
        <w:top w:val="single" w:sz="24" w:space="0" w:color="5B9BD5"/>
        <w:left w:val="single" w:sz="4" w:space="0" w:color="70AD47"/>
        <w:bottom w:val="single" w:sz="4" w:space="0" w:color="70AD47"/>
        <w:right w:val="single" w:sz="4" w:space="0" w:color="70AD47"/>
        <w:insideH w:val="single" w:sz="4" w:space="0" w:color="FFFFFF"/>
        <w:insideV w:val="single" w:sz="4" w:space="0" w:color="FFFFFF"/>
      </w:tblBorders>
    </w:tblPr>
    <w:tcPr>
      <w:shd w:val="clear" w:color="auto" w:fill="F0F7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B9BD5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367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3672A"/>
          <w:insideV w:val="nil"/>
        </w:tcBorders>
        <w:shd w:val="clear" w:color="auto" w:fill="4367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/>
      </w:tcPr>
    </w:tblStylePr>
    <w:tblStylePr w:type="band1Vert">
      <w:tblPr/>
      <w:tcPr>
        <w:shd w:val="clear" w:color="auto" w:fill="C5E0B3"/>
      </w:tcPr>
    </w:tblStylePr>
    <w:tblStylePr w:type="band1Horz">
      <w:tblPr/>
      <w:tcPr>
        <w:shd w:val="clear" w:color="auto" w:fill="B7D8A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Elencoacolori1">
    <w:name w:val="Elenco a colori1"/>
    <w:basedOn w:val="TableNormal"/>
    <w:next w:val="Elencoacolori"/>
    <w:uiPriority w:val="72"/>
    <w:rsid w:val="0002289D"/>
    <w:rPr>
      <w:rFonts w:eastAsia="Yu Mincho"/>
      <w:color w:val="000000"/>
      <w:lang w:val="en-US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D25F12"/>
      </w:tcPr>
    </w:tblStylePr>
    <w:tblStylePr w:type="lastRow">
      <w:rPr>
        <w:b/>
        <w:bCs/>
        <w:color w:val="D25F1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customStyle="1" w:styleId="ColorfulList-Accent1">
    <w:name w:val="Colorful List - Accent 1"/>
    <w:basedOn w:val="TableNormal"/>
    <w:uiPriority w:val="72"/>
    <w:rsid w:val="0002289D"/>
    <w:rPr>
      <w:rFonts w:eastAsia="Yu Mincho"/>
      <w:color w:val="000000"/>
      <w:lang w:val="en-US"/>
    </w:rPr>
    <w:tblPr>
      <w:tblStyleRowBandSize w:val="1"/>
      <w:tblStyleColBandSize w:val="1"/>
    </w:tblPr>
    <w:tcPr>
      <w:shd w:val="clear" w:color="auto" w:fill="ECF1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D25F12"/>
      </w:tcPr>
    </w:tblStylePr>
    <w:tblStylePr w:type="lastRow">
      <w:rPr>
        <w:b/>
        <w:bCs/>
        <w:color w:val="D25F1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tblPr/>
      <w:tcPr>
        <w:shd w:val="clear" w:color="auto" w:fill="D9E2F3"/>
      </w:tcPr>
    </w:tblStylePr>
  </w:style>
  <w:style w:type="table" w:customStyle="1" w:styleId="ColorfulList-Accent2">
    <w:name w:val="Colorful List - Accent 2"/>
    <w:basedOn w:val="TableNormal"/>
    <w:uiPriority w:val="72"/>
    <w:rsid w:val="0002289D"/>
    <w:rPr>
      <w:rFonts w:eastAsia="Yu Mincho"/>
      <w:color w:val="000000"/>
      <w:lang w:val="en-US"/>
    </w:rPr>
    <w:tblPr>
      <w:tblStyleRowBandSize w:val="1"/>
      <w:tblStyleColBandSize w:val="1"/>
    </w:tblPr>
    <w:tcPr>
      <w:shd w:val="clear" w:color="auto" w:fill="FDF2EA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D25F12"/>
      </w:tcPr>
    </w:tblStylePr>
    <w:tblStylePr w:type="lastRow">
      <w:rPr>
        <w:b/>
        <w:bCs/>
        <w:color w:val="D25F1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/>
      </w:tcPr>
    </w:tblStylePr>
    <w:tblStylePr w:type="band1Horz">
      <w:tblPr/>
      <w:tcPr>
        <w:shd w:val="clear" w:color="auto" w:fill="FBE4D5"/>
      </w:tcPr>
    </w:tblStylePr>
  </w:style>
  <w:style w:type="table" w:customStyle="1" w:styleId="ColorfulList-Accent3">
    <w:name w:val="Colorful List - Accent 3"/>
    <w:basedOn w:val="TableNormal"/>
    <w:uiPriority w:val="72"/>
    <w:rsid w:val="0002289D"/>
    <w:rPr>
      <w:rFonts w:eastAsia="Yu Mincho"/>
      <w:color w:val="000000"/>
      <w:lang w:val="en-US"/>
    </w:rPr>
    <w:tblPr>
      <w:tblStyleRowBandSize w:val="1"/>
      <w:tblStyleColBandSize w:val="1"/>
    </w:tblPr>
    <w:tcPr>
      <w:shd w:val="clear" w:color="auto" w:fill="F6F6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CC9900"/>
      </w:tcPr>
    </w:tblStylePr>
    <w:tblStylePr w:type="lastRow">
      <w:rPr>
        <w:b/>
        <w:bCs/>
        <w:color w:val="CC990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/>
      </w:tcPr>
    </w:tblStylePr>
    <w:tblStylePr w:type="band1Horz">
      <w:tblPr/>
      <w:tcPr>
        <w:shd w:val="clear" w:color="auto" w:fill="EDEDED"/>
      </w:tcPr>
    </w:tblStylePr>
  </w:style>
  <w:style w:type="table" w:customStyle="1" w:styleId="ColorfulList-Accent4">
    <w:name w:val="Colorful List - Accent 4"/>
    <w:basedOn w:val="TableNormal"/>
    <w:uiPriority w:val="72"/>
    <w:rsid w:val="0002289D"/>
    <w:rPr>
      <w:rFonts w:eastAsia="Yu Mincho"/>
      <w:color w:val="000000"/>
      <w:lang w:val="en-US"/>
    </w:rPr>
    <w:tblPr>
      <w:tblStyleRowBandSize w:val="1"/>
      <w:tblStyleColBandSize w:val="1"/>
    </w:tblPr>
    <w:tcPr>
      <w:shd w:val="clear" w:color="auto" w:fill="FFF8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848484"/>
      </w:tcPr>
    </w:tblStylePr>
    <w:tblStylePr w:type="lastRow">
      <w:rPr>
        <w:b/>
        <w:bCs/>
        <w:color w:val="848484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/>
      </w:tcPr>
    </w:tblStylePr>
    <w:tblStylePr w:type="band1Horz">
      <w:tblPr/>
      <w:tcPr>
        <w:shd w:val="clear" w:color="auto" w:fill="FFF2CC"/>
      </w:tcPr>
    </w:tblStylePr>
  </w:style>
  <w:style w:type="table" w:customStyle="1" w:styleId="ColorfulList-Accent5">
    <w:name w:val="Colorful List - Accent 5"/>
    <w:basedOn w:val="TableNormal"/>
    <w:uiPriority w:val="72"/>
    <w:rsid w:val="0002289D"/>
    <w:rPr>
      <w:rFonts w:eastAsia="Yu Mincho"/>
      <w:color w:val="000000"/>
      <w:lang w:val="en-US"/>
    </w:rPr>
    <w:tblPr>
      <w:tblStyleRowBandSize w:val="1"/>
      <w:tblStyleColBandSize w:val="1"/>
    </w:tblPr>
    <w:tcPr>
      <w:shd w:val="clear" w:color="auto" w:fill="EEF5FB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598A38"/>
      </w:tcPr>
    </w:tblStylePr>
    <w:tblStylePr w:type="lastRow">
      <w:rPr>
        <w:b/>
        <w:bCs/>
        <w:color w:val="598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shd w:val="clear" w:color="auto" w:fill="DEEAF6"/>
      </w:tcPr>
    </w:tblStylePr>
  </w:style>
  <w:style w:type="table" w:customStyle="1" w:styleId="ColorfulList-Accent6">
    <w:name w:val="Colorful List - Accent 6"/>
    <w:basedOn w:val="TableNormal"/>
    <w:uiPriority w:val="72"/>
    <w:rsid w:val="0002289D"/>
    <w:rPr>
      <w:rFonts w:eastAsia="Yu Mincho"/>
      <w:color w:val="000000"/>
      <w:lang w:val="en-US"/>
    </w:rPr>
    <w:tblPr>
      <w:tblStyleRowBandSize w:val="1"/>
      <w:tblStyleColBandSize w:val="1"/>
    </w:tblPr>
    <w:tcPr>
      <w:shd w:val="clear" w:color="auto" w:fill="F0F7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17CC1"/>
      </w:tcPr>
    </w:tblStylePr>
    <w:tblStylePr w:type="lastRow">
      <w:rPr>
        <w:b/>
        <w:bCs/>
        <w:color w:val="317CC1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/>
      </w:tcPr>
    </w:tblStylePr>
    <w:tblStylePr w:type="band1Horz">
      <w:tblPr/>
      <w:tcPr>
        <w:shd w:val="clear" w:color="auto" w:fill="E2EFD9"/>
      </w:tcPr>
    </w:tblStylePr>
  </w:style>
  <w:style w:type="table" w:customStyle="1" w:styleId="Grigliaacolori1">
    <w:name w:val="Griglia a colori1"/>
    <w:basedOn w:val="TableNormal"/>
    <w:next w:val="Grigliaacolori"/>
    <w:uiPriority w:val="73"/>
    <w:rsid w:val="0002289D"/>
    <w:rPr>
      <w:rFonts w:eastAsia="Yu Mincho"/>
      <w:color w:val="000000"/>
      <w:lang w:val="en-US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customStyle="1" w:styleId="ColorfulGrid-Accent1">
    <w:name w:val="Colorful Grid - Accent 1"/>
    <w:basedOn w:val="TableNormal"/>
    <w:uiPriority w:val="73"/>
    <w:rsid w:val="0002289D"/>
    <w:rPr>
      <w:rFonts w:eastAsia="Yu Mincho"/>
      <w:color w:val="000000"/>
      <w:lang w:val="en-US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9E2F3"/>
    </w:tcPr>
    <w:tblStylePr w:type="firstRow">
      <w:rPr>
        <w:b/>
        <w:bCs/>
      </w:rPr>
      <w:tblPr/>
      <w:tcPr>
        <w:shd w:val="clear" w:color="auto" w:fill="B4C6E7"/>
      </w:tcPr>
    </w:tblStylePr>
    <w:tblStylePr w:type="lastRow">
      <w:rPr>
        <w:b/>
        <w:bCs/>
        <w:color w:val="000000"/>
      </w:rPr>
      <w:tblPr/>
      <w:tcPr>
        <w:shd w:val="clear" w:color="auto" w:fill="B4C6E7"/>
      </w:tcPr>
    </w:tblStylePr>
    <w:tblStylePr w:type="firstCol">
      <w:rPr>
        <w:color w:val="FFFFFF"/>
      </w:rPr>
      <w:tblPr/>
      <w:tcPr>
        <w:shd w:val="clear" w:color="auto" w:fill="2F5496"/>
      </w:tcPr>
    </w:tblStylePr>
    <w:tblStylePr w:type="lastCol">
      <w:rPr>
        <w:color w:val="FFFFFF"/>
      </w:rPr>
      <w:tblPr/>
      <w:tcPr>
        <w:shd w:val="clear" w:color="auto" w:fill="2F5496"/>
      </w:tcPr>
    </w:tblStylePr>
    <w:tblStylePr w:type="band1Vert">
      <w:tblPr/>
      <w:tcPr>
        <w:shd w:val="clear" w:color="auto" w:fill="A1B8E1"/>
      </w:tcPr>
    </w:tblStylePr>
    <w:tblStylePr w:type="band1Horz">
      <w:tblPr/>
      <w:tcPr>
        <w:shd w:val="clear" w:color="auto" w:fill="A1B8E1"/>
      </w:tcPr>
    </w:tblStylePr>
  </w:style>
  <w:style w:type="table" w:customStyle="1" w:styleId="ColorfulGrid-Accent2">
    <w:name w:val="Colorful Grid - Accent 2"/>
    <w:basedOn w:val="TableNormal"/>
    <w:uiPriority w:val="73"/>
    <w:rsid w:val="0002289D"/>
    <w:rPr>
      <w:rFonts w:eastAsia="Yu Mincho"/>
      <w:color w:val="000000"/>
      <w:lang w:val="en-US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BE4D5"/>
    </w:tcPr>
    <w:tblStylePr w:type="firstRow">
      <w:rPr>
        <w:b/>
        <w:bCs/>
      </w:rPr>
      <w:tblPr/>
      <w:tcPr>
        <w:shd w:val="clear" w:color="auto" w:fill="F7CAAC"/>
      </w:tcPr>
    </w:tblStylePr>
    <w:tblStylePr w:type="lastRow">
      <w:rPr>
        <w:b/>
        <w:bCs/>
        <w:color w:val="000000"/>
      </w:rPr>
      <w:tblPr/>
      <w:tcPr>
        <w:shd w:val="clear" w:color="auto" w:fill="F7CAAC"/>
      </w:tcPr>
    </w:tblStylePr>
    <w:tblStylePr w:type="firstCol">
      <w:rPr>
        <w:color w:val="FFFFFF"/>
      </w:rPr>
      <w:tblPr/>
      <w:tcPr>
        <w:shd w:val="clear" w:color="auto" w:fill="C45911"/>
      </w:tcPr>
    </w:tblStylePr>
    <w:tblStylePr w:type="lastCol">
      <w:rPr>
        <w:color w:val="FFFFFF"/>
      </w:rPr>
      <w:tblPr/>
      <w:tcPr>
        <w:shd w:val="clear" w:color="auto" w:fill="C45911"/>
      </w:tcPr>
    </w:tblStylePr>
    <w:tblStylePr w:type="band1Vert">
      <w:tblPr/>
      <w:tcPr>
        <w:shd w:val="clear" w:color="auto" w:fill="F6BE98"/>
      </w:tcPr>
    </w:tblStylePr>
    <w:tblStylePr w:type="band1Horz">
      <w:tblPr/>
      <w:tcPr>
        <w:shd w:val="clear" w:color="auto" w:fill="F6BE98"/>
      </w:tcPr>
    </w:tblStylePr>
  </w:style>
  <w:style w:type="table" w:customStyle="1" w:styleId="ColorfulGrid-Accent3">
    <w:name w:val="Colorful Grid - Accent 3"/>
    <w:basedOn w:val="TableNormal"/>
    <w:uiPriority w:val="73"/>
    <w:rsid w:val="0002289D"/>
    <w:rPr>
      <w:rFonts w:eastAsia="Yu Mincho"/>
      <w:color w:val="000000"/>
      <w:lang w:val="en-US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DEDED"/>
    </w:tcPr>
    <w:tblStylePr w:type="firstRow">
      <w:rPr>
        <w:b/>
        <w:bCs/>
      </w:rPr>
      <w:tblPr/>
      <w:tcPr>
        <w:shd w:val="clear" w:color="auto" w:fill="DBDBDB"/>
      </w:tcPr>
    </w:tblStylePr>
    <w:tblStylePr w:type="lastRow">
      <w:rPr>
        <w:b/>
        <w:bCs/>
        <w:color w:val="000000"/>
      </w:rPr>
      <w:tblPr/>
      <w:tcPr>
        <w:shd w:val="clear" w:color="auto" w:fill="DBDBDB"/>
      </w:tcPr>
    </w:tblStylePr>
    <w:tblStylePr w:type="firstCol">
      <w:rPr>
        <w:color w:val="FFFFFF"/>
      </w:rPr>
      <w:tblPr/>
      <w:tcPr>
        <w:shd w:val="clear" w:color="auto" w:fill="7B7B7B"/>
      </w:tcPr>
    </w:tblStylePr>
    <w:tblStylePr w:type="lastCol">
      <w:rPr>
        <w:color w:val="FFFFFF"/>
      </w:rPr>
      <w:tblPr/>
      <w:tcPr>
        <w:shd w:val="clear" w:color="auto" w:fill="7B7B7B"/>
      </w:tcPr>
    </w:tblStylePr>
    <w:tblStylePr w:type="band1Vert">
      <w:tblPr/>
      <w:tcPr>
        <w:shd w:val="clear" w:color="auto" w:fill="D2D2D2"/>
      </w:tcPr>
    </w:tblStylePr>
    <w:tblStylePr w:type="band1Horz">
      <w:tblPr/>
      <w:tcPr>
        <w:shd w:val="clear" w:color="auto" w:fill="D2D2D2"/>
      </w:tcPr>
    </w:tblStylePr>
  </w:style>
  <w:style w:type="table" w:customStyle="1" w:styleId="ColorfulGrid-Accent4">
    <w:name w:val="Colorful Grid - Accent 4"/>
    <w:basedOn w:val="TableNormal"/>
    <w:uiPriority w:val="73"/>
    <w:rsid w:val="0002289D"/>
    <w:rPr>
      <w:rFonts w:eastAsia="Yu Mincho"/>
      <w:color w:val="000000"/>
      <w:lang w:val="en-US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FF2CC"/>
    </w:tcPr>
    <w:tblStylePr w:type="firstRow">
      <w:rPr>
        <w:b/>
        <w:bCs/>
      </w:rPr>
      <w:tblPr/>
      <w:tcPr>
        <w:shd w:val="clear" w:color="auto" w:fill="FFE599"/>
      </w:tcPr>
    </w:tblStylePr>
    <w:tblStylePr w:type="lastRow">
      <w:rPr>
        <w:b/>
        <w:bCs/>
        <w:color w:val="000000"/>
      </w:rPr>
      <w:tblPr/>
      <w:tcPr>
        <w:shd w:val="clear" w:color="auto" w:fill="FFE599"/>
      </w:tcPr>
    </w:tblStylePr>
    <w:tblStylePr w:type="firstCol">
      <w:rPr>
        <w:color w:val="FFFFFF"/>
      </w:rPr>
      <w:tblPr/>
      <w:tcPr>
        <w:shd w:val="clear" w:color="auto" w:fill="BF8F00"/>
      </w:tcPr>
    </w:tblStylePr>
    <w:tblStylePr w:type="lastCol">
      <w:rPr>
        <w:color w:val="FFFFFF"/>
      </w:rPr>
      <w:tblPr/>
      <w:tcPr>
        <w:shd w:val="clear" w:color="auto" w:fill="BF8F00"/>
      </w:tcPr>
    </w:tblStylePr>
    <w:tblStylePr w:type="band1Vert">
      <w:tblPr/>
      <w:tcPr>
        <w:shd w:val="clear" w:color="auto" w:fill="FFDF80"/>
      </w:tcPr>
    </w:tblStylePr>
    <w:tblStylePr w:type="band1Horz">
      <w:tblPr/>
      <w:tcPr>
        <w:shd w:val="clear" w:color="auto" w:fill="FFDF80"/>
      </w:tcPr>
    </w:tblStylePr>
  </w:style>
  <w:style w:type="table" w:customStyle="1" w:styleId="ColorfulGrid-Accent5">
    <w:name w:val="Colorful Grid - Accent 5"/>
    <w:basedOn w:val="TableNormal"/>
    <w:uiPriority w:val="73"/>
    <w:rsid w:val="0002289D"/>
    <w:rPr>
      <w:rFonts w:eastAsia="Yu Mincho"/>
      <w:color w:val="000000"/>
      <w:lang w:val="en-US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EEAF6"/>
    </w:tcPr>
    <w:tblStylePr w:type="firstRow">
      <w:rPr>
        <w:b/>
        <w:bCs/>
      </w:rPr>
      <w:tblPr/>
      <w:tcPr>
        <w:shd w:val="clear" w:color="auto" w:fill="BDD6EE"/>
      </w:tcPr>
    </w:tblStylePr>
    <w:tblStylePr w:type="lastRow">
      <w:rPr>
        <w:b/>
        <w:bCs/>
        <w:color w:val="000000"/>
      </w:rPr>
      <w:tblPr/>
      <w:tcPr>
        <w:shd w:val="clear" w:color="auto" w:fill="BDD6EE"/>
      </w:tcPr>
    </w:tblStylePr>
    <w:tblStylePr w:type="firstCol">
      <w:rPr>
        <w:color w:val="FFFFFF"/>
      </w:rPr>
      <w:tblPr/>
      <w:tcPr>
        <w:shd w:val="clear" w:color="auto" w:fill="2E74B5"/>
      </w:tcPr>
    </w:tblStylePr>
    <w:tblStylePr w:type="lastCol">
      <w:rPr>
        <w:color w:val="FFFFFF"/>
      </w:rPr>
      <w:tblPr/>
      <w:tcPr>
        <w:shd w:val="clear" w:color="auto" w:fill="2E74B5"/>
      </w:tcPr>
    </w:tblStylePr>
    <w:tblStylePr w:type="band1Vert">
      <w:tblPr/>
      <w:tcPr>
        <w:shd w:val="clear" w:color="auto" w:fill="ADCCEA"/>
      </w:tcPr>
    </w:tblStylePr>
    <w:tblStylePr w:type="band1Horz">
      <w:tblPr/>
      <w:tcPr>
        <w:shd w:val="clear" w:color="auto" w:fill="ADCCEA"/>
      </w:tcPr>
    </w:tblStylePr>
  </w:style>
  <w:style w:type="table" w:customStyle="1" w:styleId="ColorfulGrid-Accent6">
    <w:name w:val="Colorful Grid - Accent 6"/>
    <w:basedOn w:val="TableNormal"/>
    <w:uiPriority w:val="73"/>
    <w:rsid w:val="0002289D"/>
    <w:rPr>
      <w:rFonts w:eastAsia="Yu Mincho"/>
      <w:color w:val="000000"/>
      <w:lang w:val="en-US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2EFD9"/>
    </w:tcPr>
    <w:tblStylePr w:type="firstRow">
      <w:rPr>
        <w:b/>
        <w:bCs/>
      </w:rPr>
      <w:tblPr/>
      <w:tcPr>
        <w:shd w:val="clear" w:color="auto" w:fill="C5E0B3"/>
      </w:tcPr>
    </w:tblStylePr>
    <w:tblStylePr w:type="lastRow">
      <w:rPr>
        <w:b/>
        <w:bCs/>
        <w:color w:val="000000"/>
      </w:rPr>
      <w:tblPr/>
      <w:tcPr>
        <w:shd w:val="clear" w:color="auto" w:fill="C5E0B3"/>
      </w:tcPr>
    </w:tblStylePr>
    <w:tblStylePr w:type="firstCol">
      <w:rPr>
        <w:color w:val="FFFFFF"/>
      </w:rPr>
      <w:tblPr/>
      <w:tcPr>
        <w:shd w:val="clear" w:color="auto" w:fill="538135"/>
      </w:tcPr>
    </w:tblStylePr>
    <w:tblStylePr w:type="lastCol">
      <w:rPr>
        <w:color w:val="FFFFFF"/>
      </w:rPr>
      <w:tblPr/>
      <w:tcPr>
        <w:shd w:val="clear" w:color="auto" w:fill="538135"/>
      </w:tcPr>
    </w:tblStylePr>
    <w:tblStylePr w:type="band1Vert">
      <w:tblPr/>
      <w:tcPr>
        <w:shd w:val="clear" w:color="auto" w:fill="B7D8A0"/>
      </w:tcPr>
    </w:tblStylePr>
    <w:tblStylePr w:type="band1Horz">
      <w:tblPr/>
      <w:tcPr>
        <w:shd w:val="clear" w:color="auto" w:fill="B7D8A0"/>
      </w:tcPr>
    </w:tblStylePr>
  </w:style>
  <w:style w:type="character" w:customStyle="1" w:styleId="titlechapter">
    <w:name w:val="title__chapter"/>
    <w:basedOn w:val="Carpredefinitoparagrafo"/>
    <w:rsid w:val="0002289D"/>
  </w:style>
  <w:style w:type="paragraph" w:customStyle="1" w:styleId="Compact">
    <w:name w:val="Compact"/>
    <w:basedOn w:val="Normale"/>
    <w:qFormat/>
    <w:rsid w:val="0002289D"/>
    <w:pPr>
      <w:spacing w:before="36" w:after="36"/>
    </w:pPr>
    <w:rPr>
      <w:rFonts w:ascii="Calibri" w:eastAsia="Calibri" w:hAnsi="Calibri" w:cs="Arial"/>
      <w:lang w:val="en-US" w:eastAsia="en-US"/>
    </w:rPr>
  </w:style>
  <w:style w:type="table" w:customStyle="1" w:styleId="Table">
    <w:name w:val="Table"/>
    <w:semiHidden/>
    <w:unhideWhenUsed/>
    <w:qFormat/>
    <w:rsid w:val="0002289D"/>
    <w:pPr>
      <w:spacing w:after="200"/>
    </w:pPr>
    <w:rPr>
      <w:rFonts w:ascii="Calibri" w:eastAsia="Calibri" w:hAnsi="Calibri" w:cs="Arial"/>
      <w:sz w:val="24"/>
      <w:szCs w:val="24"/>
      <w:lang w:val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character" w:customStyle="1" w:styleId="VerbatimChar">
    <w:name w:val="Verbatim Char"/>
    <w:basedOn w:val="Carpredefinitoparagrafo"/>
    <w:link w:val="SourceCode"/>
    <w:rsid w:val="0002289D"/>
    <w:rPr>
      <w:rFonts w:ascii="Consolas" w:hAnsi="Consolas"/>
    </w:rPr>
  </w:style>
  <w:style w:type="paragraph" w:customStyle="1" w:styleId="SourceCode">
    <w:name w:val="Source Code"/>
    <w:basedOn w:val="Normale"/>
    <w:link w:val="VerbatimChar"/>
    <w:rsid w:val="0002289D"/>
    <w:pPr>
      <w:wordWrap w:val="0"/>
      <w:spacing w:after="200"/>
    </w:pPr>
    <w:rPr>
      <w:rFonts w:ascii="Consolas" w:hAnsi="Consolas"/>
      <w:sz w:val="20"/>
      <w:szCs w:val="20"/>
    </w:rPr>
  </w:style>
  <w:style w:type="character" w:styleId="CodiceHTML">
    <w:name w:val="HTML Code"/>
    <w:basedOn w:val="Carpredefinitoparagrafo"/>
    <w:uiPriority w:val="99"/>
    <w:unhideWhenUsed/>
    <w:rsid w:val="0002289D"/>
    <w:rPr>
      <w:rFonts w:ascii="Courier New" w:eastAsia="Times New Roman" w:hAnsi="Courier New" w:cs="Courier New"/>
      <w:sz w:val="20"/>
      <w:szCs w:val="20"/>
    </w:rPr>
  </w:style>
  <w:style w:type="character" w:customStyle="1" w:styleId="CorpotestoCarattere">
    <w:name w:val="Corpo testo Carattere"/>
    <w:basedOn w:val="Carpredefinitoparagrafo"/>
    <w:uiPriority w:val="99"/>
    <w:rsid w:val="0002289D"/>
    <w:rPr>
      <w:rFonts w:ascii="Calibri" w:eastAsia="Calibri" w:hAnsi="Calibri" w:cs="Calibri"/>
    </w:rPr>
  </w:style>
  <w:style w:type="character" w:customStyle="1" w:styleId="Titolo2Carattere">
    <w:name w:val="Titolo 2 Carattere"/>
    <w:basedOn w:val="Carpredefinitoparagrafo"/>
    <w:uiPriority w:val="9"/>
    <w:rsid w:val="0002289D"/>
    <w:rPr>
      <w:rFonts w:ascii="Calibri Light" w:eastAsia="Yu Gothic Light" w:hAnsi="Calibri Light" w:cs="Times New Roman"/>
      <w:color w:val="2F5496"/>
      <w:sz w:val="26"/>
      <w:szCs w:val="26"/>
    </w:rPr>
  </w:style>
  <w:style w:type="character" w:customStyle="1" w:styleId="Titolo4Carattere">
    <w:name w:val="Titolo 4 Carattere"/>
    <w:basedOn w:val="Carpredefinitoparagrafo"/>
    <w:uiPriority w:val="9"/>
    <w:semiHidden/>
    <w:rsid w:val="0002289D"/>
    <w:rPr>
      <w:rFonts w:ascii="Calibri Light" w:eastAsia="Yu Gothic Light" w:hAnsi="Calibri Light" w:cs="Times New Roman"/>
      <w:b/>
      <w:bCs/>
      <w:i/>
      <w:iCs/>
      <w:color w:val="4472C4"/>
      <w:sz w:val="20"/>
      <w:lang w:val="en-US"/>
    </w:rPr>
  </w:style>
  <w:style w:type="character" w:customStyle="1" w:styleId="Titolo5Carattere">
    <w:name w:val="Titolo 5 Carattere"/>
    <w:basedOn w:val="Carpredefinitoparagrafo"/>
    <w:uiPriority w:val="9"/>
    <w:semiHidden/>
    <w:rsid w:val="0002289D"/>
    <w:rPr>
      <w:rFonts w:ascii="Calibri Light" w:eastAsia="Yu Gothic Light" w:hAnsi="Calibri Light" w:cs="Times New Roman"/>
      <w:color w:val="1F3763"/>
      <w:sz w:val="20"/>
      <w:lang w:val="en-US"/>
    </w:rPr>
  </w:style>
  <w:style w:type="character" w:customStyle="1" w:styleId="Titolo6Carattere">
    <w:name w:val="Titolo 6 Carattere"/>
    <w:basedOn w:val="Carpredefinitoparagrafo"/>
    <w:uiPriority w:val="9"/>
    <w:semiHidden/>
    <w:rsid w:val="0002289D"/>
    <w:rPr>
      <w:rFonts w:ascii="Calibri Light" w:eastAsia="Yu Gothic Light" w:hAnsi="Calibri Light" w:cs="Times New Roman"/>
      <w:i/>
      <w:iCs/>
      <w:color w:val="1F3763"/>
      <w:sz w:val="20"/>
      <w:lang w:val="en-US"/>
    </w:rPr>
  </w:style>
  <w:style w:type="character" w:customStyle="1" w:styleId="Titolo7Carattere">
    <w:name w:val="Titolo 7 Carattere"/>
    <w:basedOn w:val="Carpredefinitoparagrafo"/>
    <w:uiPriority w:val="9"/>
    <w:semiHidden/>
    <w:rsid w:val="0002289D"/>
    <w:rPr>
      <w:rFonts w:ascii="Calibri Light" w:eastAsia="Yu Gothic Light" w:hAnsi="Calibri Light" w:cs="Times New Roman"/>
      <w:i/>
      <w:iCs/>
      <w:color w:val="404040"/>
      <w:sz w:val="20"/>
      <w:lang w:val="en-US"/>
    </w:rPr>
  </w:style>
  <w:style w:type="character" w:customStyle="1" w:styleId="Titolo8Carattere">
    <w:name w:val="Titolo 8 Carattere"/>
    <w:basedOn w:val="Carpredefinitoparagrafo"/>
    <w:uiPriority w:val="9"/>
    <w:semiHidden/>
    <w:rsid w:val="0002289D"/>
    <w:rPr>
      <w:rFonts w:ascii="Calibri Light" w:eastAsia="Yu Gothic Light" w:hAnsi="Calibri Light" w:cs="Times New Roman"/>
      <w:color w:val="4472C4"/>
      <w:sz w:val="20"/>
      <w:szCs w:val="20"/>
      <w:lang w:val="en-US"/>
    </w:rPr>
  </w:style>
  <w:style w:type="character" w:customStyle="1" w:styleId="Titolo9Carattere">
    <w:name w:val="Titolo 9 Carattere"/>
    <w:basedOn w:val="Carpredefinitoparagrafo"/>
    <w:uiPriority w:val="9"/>
    <w:semiHidden/>
    <w:rsid w:val="0002289D"/>
    <w:rPr>
      <w:rFonts w:ascii="Calibri Light" w:eastAsia="Yu Gothic Light" w:hAnsi="Calibri Light" w:cs="Times New Roman"/>
      <w:i/>
      <w:iCs/>
      <w:color w:val="404040"/>
      <w:sz w:val="20"/>
      <w:szCs w:val="20"/>
      <w:lang w:val="en-US"/>
    </w:rPr>
  </w:style>
  <w:style w:type="character" w:customStyle="1" w:styleId="TitoloCarattere">
    <w:name w:val="Titolo Carattere"/>
    <w:basedOn w:val="Carpredefinitoparagrafo"/>
    <w:uiPriority w:val="10"/>
    <w:rsid w:val="0002289D"/>
    <w:rPr>
      <w:rFonts w:ascii="Calibri Light" w:eastAsia="Yu Gothic Light" w:hAnsi="Calibri Light" w:cs="Times New Roman"/>
      <w:color w:val="323E4F"/>
      <w:spacing w:val="5"/>
      <w:kern w:val="28"/>
      <w:sz w:val="52"/>
      <w:szCs w:val="52"/>
      <w:lang w:val="en-US"/>
    </w:rPr>
  </w:style>
  <w:style w:type="character" w:customStyle="1" w:styleId="SottotitoloCarattere">
    <w:name w:val="Sottotitolo Carattere"/>
    <w:basedOn w:val="Carpredefinitoparagrafo"/>
    <w:uiPriority w:val="11"/>
    <w:rsid w:val="0002289D"/>
    <w:rPr>
      <w:rFonts w:ascii="Calibri Light" w:eastAsia="Yu Gothic Light" w:hAnsi="Calibri Light" w:cs="Times New Roman"/>
      <w:i/>
      <w:iCs/>
      <w:color w:val="4472C4"/>
      <w:spacing w:val="15"/>
      <w:sz w:val="24"/>
      <w:szCs w:val="24"/>
      <w:lang w:val="en-US"/>
    </w:rPr>
  </w:style>
  <w:style w:type="character" w:customStyle="1" w:styleId="Corpodeltesto2Carattere">
    <w:name w:val="Corpo del testo 2 Carattere"/>
    <w:basedOn w:val="Carpredefinitoparagrafo"/>
    <w:uiPriority w:val="99"/>
    <w:rsid w:val="0002289D"/>
    <w:rPr>
      <w:rFonts w:ascii="Liberation Sans" w:eastAsia="Liberation Sans" w:hAnsi="Liberation Sans"/>
      <w:sz w:val="20"/>
      <w:lang w:val="en-US"/>
    </w:rPr>
  </w:style>
  <w:style w:type="character" w:customStyle="1" w:styleId="Corpodeltesto3Carattere">
    <w:name w:val="Corpo del testo 3 Carattere"/>
    <w:basedOn w:val="Carpredefinitoparagrafo"/>
    <w:uiPriority w:val="99"/>
    <w:rsid w:val="0002289D"/>
    <w:rPr>
      <w:rFonts w:ascii="Liberation Sans" w:eastAsia="Liberation Sans" w:hAnsi="Liberation Sans"/>
      <w:sz w:val="16"/>
      <w:szCs w:val="16"/>
      <w:lang w:val="en-US"/>
    </w:rPr>
  </w:style>
  <w:style w:type="character" w:customStyle="1" w:styleId="TestomacroCarattere">
    <w:name w:val="Testo macro Carattere"/>
    <w:basedOn w:val="Carpredefinitoparagrafo"/>
    <w:uiPriority w:val="99"/>
    <w:rsid w:val="0002289D"/>
    <w:rPr>
      <w:rFonts w:ascii="Courier" w:eastAsia="Yu Mincho" w:hAnsi="Courier"/>
      <w:sz w:val="20"/>
      <w:szCs w:val="20"/>
      <w:lang w:val="en-US"/>
    </w:rPr>
  </w:style>
  <w:style w:type="character" w:customStyle="1" w:styleId="CitazioneCarattere">
    <w:name w:val="Citazione Carattere"/>
    <w:basedOn w:val="Carpredefinitoparagrafo"/>
    <w:uiPriority w:val="29"/>
    <w:rsid w:val="0002289D"/>
    <w:rPr>
      <w:rFonts w:ascii="Liberation Sans" w:eastAsia="Liberation Sans" w:hAnsi="Liberation Sans"/>
      <w:i/>
      <w:iCs/>
      <w:color w:val="000000"/>
      <w:sz w:val="20"/>
      <w:lang w:val="en-US"/>
    </w:rPr>
  </w:style>
  <w:style w:type="character" w:customStyle="1" w:styleId="CitazioneintensaCarattere">
    <w:name w:val="Citazione intensa Carattere"/>
    <w:basedOn w:val="Carpredefinitoparagrafo"/>
    <w:uiPriority w:val="30"/>
    <w:rsid w:val="0002289D"/>
    <w:rPr>
      <w:rFonts w:ascii="Liberation Sans" w:eastAsia="Liberation Sans" w:hAnsi="Liberation Sans"/>
      <w:b/>
      <w:bCs/>
      <w:i/>
      <w:iCs/>
      <w:color w:val="4472C4"/>
      <w:sz w:val="20"/>
      <w:lang w:val="en-US"/>
    </w:rPr>
  </w:style>
  <w:style w:type="character" w:styleId="Enfasidelicata">
    <w:name w:val="Subtle Emphasis"/>
    <w:basedOn w:val="Carpredefinitoparagrafo"/>
    <w:uiPriority w:val="19"/>
    <w:qFormat/>
    <w:rsid w:val="0002289D"/>
    <w:rPr>
      <w:i/>
      <w:iCs/>
      <w:color w:val="404040" w:themeColor="text1" w:themeTint="BF"/>
    </w:rPr>
  </w:style>
  <w:style w:type="character" w:styleId="Enfasiintensa">
    <w:name w:val="Intense Emphasis"/>
    <w:basedOn w:val="Carpredefinitoparagrafo"/>
    <w:uiPriority w:val="21"/>
    <w:qFormat/>
    <w:rsid w:val="0002289D"/>
    <w:rPr>
      <w:i/>
      <w:iCs/>
      <w:color w:val="156082" w:themeColor="accent1"/>
    </w:rPr>
  </w:style>
  <w:style w:type="character" w:styleId="Riferimentodelicato">
    <w:name w:val="Subtle Reference"/>
    <w:basedOn w:val="Carpredefinitoparagrafo"/>
    <w:uiPriority w:val="31"/>
    <w:qFormat/>
    <w:rsid w:val="0002289D"/>
    <w:rPr>
      <w:smallCaps/>
      <w:color w:val="5A5A5A" w:themeColor="text1" w:themeTint="A5"/>
    </w:rPr>
  </w:style>
  <w:style w:type="character" w:styleId="Riferimentointenso">
    <w:name w:val="Intense Reference"/>
    <w:basedOn w:val="Carpredefinitoparagrafo"/>
    <w:uiPriority w:val="32"/>
    <w:qFormat/>
    <w:rsid w:val="0002289D"/>
    <w:rPr>
      <w:b/>
      <w:bCs/>
      <w:smallCaps/>
      <w:color w:val="156082" w:themeColor="accent1"/>
      <w:spacing w:val="5"/>
    </w:rPr>
  </w:style>
  <w:style w:type="table" w:styleId="Sfondochiaro">
    <w:name w:val="Light Shading"/>
    <w:basedOn w:val="Tabellanormale"/>
    <w:uiPriority w:val="60"/>
    <w:semiHidden/>
    <w:unhideWhenUsed/>
    <w:rsid w:val="0002289D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Elencochiaro">
    <w:name w:val="Light List"/>
    <w:basedOn w:val="Tabellanormale"/>
    <w:uiPriority w:val="61"/>
    <w:semiHidden/>
    <w:unhideWhenUsed/>
    <w:rsid w:val="0002289D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Grigliachiara">
    <w:name w:val="Light Grid"/>
    <w:basedOn w:val="Tabellanormale"/>
    <w:uiPriority w:val="62"/>
    <w:semiHidden/>
    <w:unhideWhenUsed/>
    <w:rsid w:val="0002289D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fondomedio1">
    <w:name w:val="Medium Shading 1"/>
    <w:basedOn w:val="Tabellanormale"/>
    <w:uiPriority w:val="63"/>
    <w:semiHidden/>
    <w:unhideWhenUsed/>
    <w:rsid w:val="0002289D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semiHidden/>
    <w:unhideWhenUsed/>
    <w:rsid w:val="0002289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semiHidden/>
    <w:unhideWhenUsed/>
    <w:rsid w:val="0002289D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2">
    <w:name w:val="Medium List 2"/>
    <w:basedOn w:val="Tabellanormale"/>
    <w:uiPriority w:val="66"/>
    <w:semiHidden/>
    <w:unhideWhenUsed/>
    <w:rsid w:val="0002289D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semiHidden/>
    <w:unhideWhenUsed/>
    <w:rsid w:val="0002289D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2">
    <w:name w:val="Medium Grid 2"/>
    <w:basedOn w:val="Tabellanormale"/>
    <w:uiPriority w:val="68"/>
    <w:semiHidden/>
    <w:unhideWhenUsed/>
    <w:rsid w:val="0002289D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semiHidden/>
    <w:unhideWhenUsed/>
    <w:rsid w:val="0002289D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Elencoscuro">
    <w:name w:val="Dark List"/>
    <w:basedOn w:val="Tabellanormale"/>
    <w:uiPriority w:val="70"/>
    <w:semiHidden/>
    <w:unhideWhenUsed/>
    <w:rsid w:val="0002289D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fondoacolori">
    <w:name w:val="Colorful Shading"/>
    <w:basedOn w:val="Tabellanormale"/>
    <w:uiPriority w:val="71"/>
    <w:semiHidden/>
    <w:unhideWhenUsed/>
    <w:rsid w:val="0002289D"/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semiHidden/>
    <w:unhideWhenUsed/>
    <w:rsid w:val="0002289D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gliaacolori">
    <w:name w:val="Colorful Grid"/>
    <w:basedOn w:val="Tabellanormale"/>
    <w:uiPriority w:val="73"/>
    <w:semiHidden/>
    <w:unhideWhenUsed/>
    <w:rsid w:val="0002289D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56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1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5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03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9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4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9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2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5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1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6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53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9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4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0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7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1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5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347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126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4290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7796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1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BA7798-C4C4-4BB5-8400-0C5EAAA837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570</Words>
  <Characters>3855</Characters>
  <Application>Microsoft Office Word</Application>
  <DocSecurity>0</DocSecurity>
  <Lines>85</Lines>
  <Paragraphs>52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CONSERVATORIO DI MUSICA “Stanislao Giacomantonio” – COSENZA</vt:lpstr>
    </vt:vector>
  </TitlesOfParts>
  <Company>Conservatorio</Company>
  <LinksUpToDate>false</LinksUpToDate>
  <CharactersWithSpaces>4373</CharactersWithSpaces>
  <SharedDoc>false</SharedDoc>
  <HLinks>
    <vt:vector size="18" baseType="variant">
      <vt:variant>
        <vt:i4>2883667</vt:i4>
      </vt:variant>
      <vt:variant>
        <vt:i4>9</vt:i4>
      </vt:variant>
      <vt:variant>
        <vt:i4>0</vt:i4>
      </vt:variant>
      <vt:variant>
        <vt:i4>5</vt:i4>
      </vt:variant>
      <vt:variant>
        <vt:lpwstr>mailto:cmc@pec.conservatoriocosenza.it</vt:lpwstr>
      </vt:variant>
      <vt:variant>
        <vt:lpwstr/>
      </vt:variant>
      <vt:variant>
        <vt:i4>2752524</vt:i4>
      </vt:variant>
      <vt:variant>
        <vt:i4>6</vt:i4>
      </vt:variant>
      <vt:variant>
        <vt:i4>0</vt:i4>
      </vt:variant>
      <vt:variant>
        <vt:i4>5</vt:i4>
      </vt:variant>
      <vt:variant>
        <vt:lpwstr>mailto:cmcosenza@conservatoriodicosenza.it</vt:lpwstr>
      </vt:variant>
      <vt:variant>
        <vt:lpwstr/>
      </vt:variant>
      <vt:variant>
        <vt:i4>2031691</vt:i4>
      </vt:variant>
      <vt:variant>
        <vt:i4>3</vt:i4>
      </vt:variant>
      <vt:variant>
        <vt:i4>0</vt:i4>
      </vt:variant>
      <vt:variant>
        <vt:i4>5</vt:i4>
      </vt:variant>
      <vt:variant>
        <vt:lpwstr>http://www.conservatoriodicosenza.it/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CONSERVATORIO DI MUSICA “Stanislao Giacomantonio” – COSENZA</dc:title>
  <dc:subject/>
  <dc:creator>Conservatorio</dc:creator>
  <cp:keywords/>
  <cp:lastModifiedBy>Giuseppe Timpano</cp:lastModifiedBy>
  <cp:revision>4</cp:revision>
  <cp:lastPrinted>2026-07-24T06:39:00Z</cp:lastPrinted>
  <dcterms:created xsi:type="dcterms:W3CDTF">2026-07-24T06:38:00Z</dcterms:created>
  <dcterms:modified xsi:type="dcterms:W3CDTF">2026-07-24T07:03:00Z</dcterms:modified>
</cp:coreProperties>
</file>